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0AA6C" w14:textId="241BFDC3" w:rsidR="00E634FF" w:rsidRDefault="00DD3710" w:rsidP="00DD3710">
      <w:pPr>
        <w:ind w:firstLineChars="200" w:firstLine="723"/>
        <w:rPr>
          <w:b/>
          <w:color w:val="4472C4"/>
          <w:sz w:val="36"/>
        </w:rPr>
      </w:pPr>
      <w:proofErr w:type="spellStart"/>
      <w:r w:rsidRPr="00DD3710">
        <w:rPr>
          <w:b/>
          <w:color w:val="4472C4"/>
          <w:sz w:val="36"/>
        </w:rPr>
        <w:t>ORÇAMENTO</w:t>
      </w:r>
      <w:proofErr w:type="spellEnd"/>
      <w:r w:rsidRPr="00DD3710">
        <w:rPr>
          <w:b/>
          <w:color w:val="4472C4"/>
          <w:sz w:val="36"/>
        </w:rPr>
        <w:t xml:space="preserve"> DE </w:t>
      </w:r>
      <w:proofErr w:type="spellStart"/>
      <w:r w:rsidRPr="00DD3710">
        <w:rPr>
          <w:b/>
          <w:color w:val="4472C4"/>
          <w:sz w:val="36"/>
        </w:rPr>
        <w:t>SERVIÇOS</w:t>
      </w:r>
      <w:proofErr w:type="spellEnd"/>
      <w:r w:rsidRPr="00DD3710">
        <w:rPr>
          <w:b/>
          <w:color w:val="4472C4"/>
          <w:sz w:val="36"/>
        </w:rPr>
        <w:t xml:space="preserve"> </w:t>
      </w:r>
      <w:proofErr w:type="spellStart"/>
      <w:r w:rsidRPr="00DD3710">
        <w:rPr>
          <w:b/>
          <w:color w:val="4472C4"/>
          <w:sz w:val="36"/>
        </w:rPr>
        <w:t>PROFISSIONAIS</w:t>
      </w:r>
      <w:proofErr w:type="spellEnd"/>
    </w:p>
    <w:p w14:paraId="60E2F921" w14:textId="77777777" w:rsidR="00DD3710" w:rsidRDefault="00DD3710"/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E634FF" w14:paraId="7B298229" w14:textId="77777777" w:rsidTr="00E634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746A263" w14:textId="7301CC98" w:rsidR="00E634FF" w:rsidRDefault="00DD3710"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</w:tcPr>
          <w:p w14:paraId="2BD08FCD" w14:textId="30FEB6A4" w:rsidR="00E634FF" w:rsidRDefault="00DD3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E634FF" w:rsidRPr="00DD3710" w14:paraId="448E2DA6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A15AD3F" w14:textId="0F703FD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7CA3F6B1" w14:textId="604D37AD" w:rsidR="00DD3710" w:rsidRDefault="00DD3710" w:rsidP="00DD3710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D5DC044" w14:textId="4F86B42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393BD5F8" w14:textId="77777777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273652C" w14:textId="478C53B3" w:rsidR="00E634FF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</w:tcPr>
          <w:p w14:paraId="3EA230E8" w14:textId="1DF097F2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6F3B18E8" w14:textId="77777777" w:rsid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49377A4F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05C169E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1FFCE948" w14:textId="17DC9726" w:rsidR="00E634FF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1D7A1685" w14:textId="77777777" w:rsidR="00E634FF" w:rsidRPr="00DD3710" w:rsidRDefault="00E634FF">
      <w:pPr>
        <w:rPr>
          <w:lang w:val="pt-PT"/>
        </w:rPr>
      </w:pPr>
    </w:p>
    <w:p w14:paraId="6FBE9E4A" w14:textId="3BD4CC15" w:rsidR="00E634FF" w:rsidRPr="00DD3710" w:rsidRDefault="00DD3710">
      <w:pPr>
        <w:rPr>
          <w:lang w:val="pt-PT"/>
        </w:rPr>
      </w:pPr>
      <w:r w:rsidRPr="00DD3710">
        <w:rPr>
          <w:b/>
          <w:lang w:val="pt-PT"/>
        </w:rPr>
        <w:t>Data do orçamento:</w:t>
      </w:r>
      <w:r w:rsidR="00571CA9" w:rsidRPr="00DD3710">
        <w:rPr>
          <w:b/>
          <w:lang w:val="pt-PT"/>
        </w:rPr>
        <w:t xml:space="preserve"> </w:t>
      </w:r>
      <w:proofErr w:type="gramStart"/>
      <w:r w:rsidR="00571CA9" w:rsidRPr="00DD3710">
        <w:rPr>
          <w:lang w:val="pt-PT"/>
        </w:rPr>
        <w:t xml:space="preserve">29/01/2026    </w:t>
      </w:r>
      <w:r w:rsidR="00571CA9" w:rsidRPr="00DD3710">
        <w:rPr>
          <w:b/>
          <w:lang w:val="pt-PT"/>
        </w:rPr>
        <w:t>Valid</w:t>
      </w:r>
      <w:r>
        <w:rPr>
          <w:b/>
          <w:lang w:val="pt-PT"/>
        </w:rPr>
        <w:t>ade</w:t>
      </w:r>
      <w:proofErr w:type="gramEnd"/>
      <w:r w:rsidR="00571CA9" w:rsidRPr="00DD3710">
        <w:rPr>
          <w:b/>
          <w:lang w:val="pt-PT"/>
        </w:rPr>
        <w:t xml:space="preserve">: </w:t>
      </w:r>
      <w:r w:rsidR="00571CA9" w:rsidRPr="00DD3710">
        <w:rPr>
          <w:lang w:val="pt-PT"/>
        </w:rPr>
        <w:t>30 d</w:t>
      </w:r>
      <w:r>
        <w:rPr>
          <w:lang w:val="pt-PT"/>
        </w:rPr>
        <w:t>i</w:t>
      </w:r>
      <w:r w:rsidR="00571CA9" w:rsidRPr="00DD3710">
        <w:rPr>
          <w:lang w:val="pt-PT"/>
        </w:rPr>
        <w:t>as</w:t>
      </w:r>
    </w:p>
    <w:p w14:paraId="7ECB8300" w14:textId="77777777" w:rsidR="00E634FF" w:rsidRPr="00DD3710" w:rsidRDefault="00E634FF">
      <w:pPr>
        <w:rPr>
          <w:lang w:val="pt-PT"/>
        </w:rPr>
      </w:pPr>
    </w:p>
    <w:tbl>
      <w:tblPr>
        <w:tblStyle w:val="3-1"/>
        <w:tblW w:w="0" w:type="auto"/>
        <w:tblLook w:val="04A0" w:firstRow="1" w:lastRow="0" w:firstColumn="1" w:lastColumn="0" w:noHBand="0" w:noVBand="1"/>
      </w:tblPr>
      <w:tblGrid>
        <w:gridCol w:w="2159"/>
        <w:gridCol w:w="2155"/>
        <w:gridCol w:w="2153"/>
        <w:gridCol w:w="2153"/>
      </w:tblGrid>
      <w:tr w:rsidR="00DD3710" w14:paraId="32AB8EEC" w14:textId="77777777" w:rsidTr="00E634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06D9C98" w14:textId="069F4ADD" w:rsidR="00DD3710" w:rsidRDefault="00DD3710" w:rsidP="00DD3710">
            <w:pPr>
              <w:jc w:val="center"/>
            </w:pPr>
            <w:proofErr w:type="spellStart"/>
            <w:r w:rsidRPr="002A4085">
              <w:t>DESCRIÇÃO</w:t>
            </w:r>
            <w:proofErr w:type="spellEnd"/>
          </w:p>
        </w:tc>
        <w:tc>
          <w:tcPr>
            <w:tcW w:w="2160" w:type="dxa"/>
          </w:tcPr>
          <w:p w14:paraId="681D6E53" w14:textId="47F8AEF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UNIDADES</w:t>
            </w:r>
            <w:proofErr w:type="spellEnd"/>
          </w:p>
        </w:tc>
        <w:tc>
          <w:tcPr>
            <w:tcW w:w="2160" w:type="dxa"/>
          </w:tcPr>
          <w:p w14:paraId="4C1E50B3" w14:textId="0085A82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PREÇO</w:t>
            </w:r>
            <w:proofErr w:type="spellEnd"/>
          </w:p>
        </w:tc>
        <w:tc>
          <w:tcPr>
            <w:tcW w:w="2160" w:type="dxa"/>
          </w:tcPr>
          <w:p w14:paraId="420AC81B" w14:textId="4AF6FDDD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A4085">
              <w:t>TOTAL</w:t>
            </w:r>
          </w:p>
        </w:tc>
      </w:tr>
      <w:tr w:rsidR="005905C7" w14:paraId="5A5F44E0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A96C8C6" w14:textId="755DF3B8" w:rsidR="005905C7" w:rsidRPr="00DD3710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Consultoria estratégica (10 horas)</w:t>
            </w:r>
          </w:p>
        </w:tc>
        <w:tc>
          <w:tcPr>
            <w:tcW w:w="2160" w:type="dxa"/>
          </w:tcPr>
          <w:p w14:paraId="05A15A5B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</w:tcPr>
          <w:p w14:paraId="1A140371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75.00 €</w:t>
            </w:r>
          </w:p>
        </w:tc>
        <w:tc>
          <w:tcPr>
            <w:tcW w:w="2160" w:type="dxa"/>
          </w:tcPr>
          <w:p w14:paraId="0CD4CA3D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750.00 €</w:t>
            </w:r>
          </w:p>
        </w:tc>
      </w:tr>
      <w:tr w:rsidR="005905C7" w14:paraId="718D38DF" w14:textId="77777777" w:rsidTr="00E634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E2207E" w14:textId="4F64091F" w:rsidR="005905C7" w:rsidRPr="005905C7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 xml:space="preserve">Design gráfico e </w:t>
            </w:r>
            <w:proofErr w:type="spellStart"/>
            <w:r w:rsidRPr="005905C7">
              <w:rPr>
                <w:lang w:val="pt-PT"/>
              </w:rPr>
              <w:t>branding</w:t>
            </w:r>
            <w:proofErr w:type="spellEnd"/>
          </w:p>
        </w:tc>
        <w:tc>
          <w:tcPr>
            <w:tcW w:w="2160" w:type="dxa"/>
          </w:tcPr>
          <w:p w14:paraId="6505307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</w:tcPr>
          <w:p w14:paraId="1320B23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  <w:tc>
          <w:tcPr>
            <w:tcW w:w="2160" w:type="dxa"/>
          </w:tcPr>
          <w:p w14:paraId="6861231F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</w:tr>
      <w:tr w:rsidR="005905C7" w14:paraId="0A921ED2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1CBB055" w14:textId="729532AC" w:rsidR="005905C7" w:rsidRDefault="005905C7" w:rsidP="005905C7">
            <w:proofErr w:type="spellStart"/>
            <w:r w:rsidRPr="00170DF0">
              <w:t>Desenvolvimento</w:t>
            </w:r>
            <w:proofErr w:type="spellEnd"/>
            <w:r w:rsidRPr="00170DF0">
              <w:t xml:space="preserve"> web </w:t>
            </w:r>
            <w:proofErr w:type="spellStart"/>
            <w:r w:rsidRPr="00170DF0">
              <w:t>responsivo</w:t>
            </w:r>
            <w:proofErr w:type="spellEnd"/>
          </w:p>
        </w:tc>
        <w:tc>
          <w:tcPr>
            <w:tcW w:w="2160" w:type="dxa"/>
          </w:tcPr>
          <w:p w14:paraId="0E38875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</w:tcPr>
          <w:p w14:paraId="29AC117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  <w:tc>
          <w:tcPr>
            <w:tcW w:w="2160" w:type="dxa"/>
          </w:tcPr>
          <w:p w14:paraId="49277A78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</w:tr>
      <w:tr w:rsidR="005905C7" w14:paraId="7221EC86" w14:textId="77777777" w:rsidTr="00E634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2B50DDF" w14:textId="22E09695" w:rsidR="005905C7" w:rsidRPr="00DD3710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Gestão de redes sociais (1 mês)</w:t>
            </w:r>
          </w:p>
        </w:tc>
        <w:tc>
          <w:tcPr>
            <w:tcW w:w="2160" w:type="dxa"/>
          </w:tcPr>
          <w:p w14:paraId="16E1E49A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</w:tcPr>
          <w:p w14:paraId="730BB172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  <w:tc>
          <w:tcPr>
            <w:tcW w:w="2160" w:type="dxa"/>
          </w:tcPr>
          <w:p w14:paraId="22A369E3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</w:tr>
      <w:tr w:rsidR="005905C7" w14:paraId="1B737911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A7BC053" w14:textId="48B2D22C" w:rsidR="005905C7" w:rsidRPr="00DD3710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Redação de conteúdo SEO</w:t>
            </w:r>
          </w:p>
        </w:tc>
        <w:tc>
          <w:tcPr>
            <w:tcW w:w="2160" w:type="dxa"/>
          </w:tcPr>
          <w:p w14:paraId="188DFC8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160" w:type="dxa"/>
          </w:tcPr>
          <w:p w14:paraId="1A1CBE3A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80.00 €</w:t>
            </w:r>
          </w:p>
        </w:tc>
        <w:tc>
          <w:tcPr>
            <w:tcW w:w="2160" w:type="dxa"/>
          </w:tcPr>
          <w:p w14:paraId="5BBA76F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400.00 €</w:t>
            </w:r>
          </w:p>
        </w:tc>
      </w:tr>
    </w:tbl>
    <w:p w14:paraId="37F83AA6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905C7" w14:paraId="18A6CB16" w14:textId="77777777">
        <w:tc>
          <w:tcPr>
            <w:tcW w:w="4320" w:type="dxa"/>
          </w:tcPr>
          <w:p w14:paraId="48EEB1FE" w14:textId="3A230692" w:rsidR="005905C7" w:rsidRDefault="005905C7" w:rsidP="005905C7">
            <w:r w:rsidRPr="003F41FD">
              <w:t>Subtotal:</w:t>
            </w:r>
          </w:p>
        </w:tc>
        <w:tc>
          <w:tcPr>
            <w:tcW w:w="4320" w:type="dxa"/>
          </w:tcPr>
          <w:p w14:paraId="082F4640" w14:textId="77777777" w:rsidR="005905C7" w:rsidRDefault="005905C7" w:rsidP="005905C7">
            <w:pPr>
              <w:jc w:val="right"/>
            </w:pPr>
            <w:r>
              <w:t>3150.00 €</w:t>
            </w:r>
          </w:p>
        </w:tc>
      </w:tr>
      <w:tr w:rsidR="005905C7" w14:paraId="3316E8E9" w14:textId="77777777">
        <w:tc>
          <w:tcPr>
            <w:tcW w:w="4320" w:type="dxa"/>
          </w:tcPr>
          <w:p w14:paraId="51C9C98E" w14:textId="1B1C13FB" w:rsidR="005905C7" w:rsidRDefault="005905C7" w:rsidP="005905C7">
            <w:proofErr w:type="spellStart"/>
            <w:r w:rsidRPr="003F41FD">
              <w:t>Desconto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</w:tcPr>
          <w:p w14:paraId="45464020" w14:textId="77777777" w:rsidR="005905C7" w:rsidRDefault="005905C7" w:rsidP="005905C7">
            <w:pPr>
              <w:jc w:val="right"/>
            </w:pPr>
            <w:r>
              <w:t>157.50 €</w:t>
            </w:r>
          </w:p>
        </w:tc>
      </w:tr>
      <w:tr w:rsidR="005905C7" w14:paraId="05B01841" w14:textId="77777777">
        <w:tc>
          <w:tcPr>
            <w:tcW w:w="4320" w:type="dxa"/>
          </w:tcPr>
          <w:p w14:paraId="10F211F5" w14:textId="28DCEC56" w:rsidR="005905C7" w:rsidRPr="005905C7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Base de cálculo:</w:t>
            </w:r>
          </w:p>
        </w:tc>
        <w:tc>
          <w:tcPr>
            <w:tcW w:w="4320" w:type="dxa"/>
          </w:tcPr>
          <w:p w14:paraId="31A79947" w14:textId="77777777" w:rsidR="005905C7" w:rsidRDefault="005905C7" w:rsidP="005905C7">
            <w:pPr>
              <w:jc w:val="right"/>
            </w:pPr>
            <w:r>
              <w:t>2992.50 €</w:t>
            </w:r>
          </w:p>
        </w:tc>
      </w:tr>
      <w:tr w:rsidR="005905C7" w14:paraId="6C0DA7F8" w14:textId="77777777">
        <w:tc>
          <w:tcPr>
            <w:tcW w:w="4320" w:type="dxa"/>
          </w:tcPr>
          <w:p w14:paraId="4F9F38D3" w14:textId="0945AB03" w:rsidR="005905C7" w:rsidRDefault="005905C7" w:rsidP="005905C7">
            <w:r w:rsidRPr="003F41FD">
              <w:t>ISS (5%):</w:t>
            </w:r>
          </w:p>
        </w:tc>
        <w:tc>
          <w:tcPr>
            <w:tcW w:w="4320" w:type="dxa"/>
          </w:tcPr>
          <w:p w14:paraId="2A53CDDF" w14:textId="05EDE66C" w:rsidR="005905C7" w:rsidRDefault="005905C7" w:rsidP="005905C7">
            <w:pPr>
              <w:jc w:val="right"/>
            </w:pPr>
            <w:r>
              <w:t>149.63 €</w:t>
            </w:r>
          </w:p>
        </w:tc>
      </w:tr>
      <w:tr w:rsidR="005905C7" w14:paraId="1E6C8565" w14:textId="77777777">
        <w:tc>
          <w:tcPr>
            <w:tcW w:w="4320" w:type="dxa"/>
          </w:tcPr>
          <w:p w14:paraId="62F1CBA1" w14:textId="2E01230A" w:rsidR="005905C7" w:rsidRDefault="005905C7" w:rsidP="005905C7">
            <w:r w:rsidRPr="003F41FD">
              <w:t xml:space="preserve">Total do </w:t>
            </w:r>
            <w:proofErr w:type="spellStart"/>
            <w:r w:rsidRPr="003F41FD">
              <w:t>orçamento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</w:tcPr>
          <w:p w14:paraId="711DC71D" w14:textId="527CE54C" w:rsidR="005905C7" w:rsidRDefault="005905C7" w:rsidP="005905C7">
            <w:pPr>
              <w:jc w:val="right"/>
            </w:pPr>
            <w:r>
              <w:rPr>
                <w:b/>
                <w:sz w:val="24"/>
              </w:rPr>
              <w:t>3142.13 €</w:t>
            </w:r>
          </w:p>
        </w:tc>
      </w:tr>
    </w:tbl>
    <w:p w14:paraId="44462FDC" w14:textId="77777777" w:rsidR="00E634FF" w:rsidRDefault="00E634FF"/>
    <w:p w14:paraId="53A6DF4A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634FF" w14:paraId="1B1E2C9C" w14:textId="77777777">
        <w:tc>
          <w:tcPr>
            <w:tcW w:w="4320" w:type="dxa"/>
          </w:tcPr>
          <w:p w14:paraId="43D107F4" w14:textId="2669FEBA" w:rsidR="00E634FF" w:rsidRDefault="00571CA9">
            <w:pPr>
              <w:jc w:val="center"/>
            </w:pPr>
            <w:r>
              <w:br/>
            </w:r>
            <w:r>
              <w:br/>
            </w:r>
            <w:r>
              <w:br/>
              <w:t>_______________________</w:t>
            </w:r>
            <w:r>
              <w:br/>
            </w:r>
            <w:proofErr w:type="spellStart"/>
            <w:r w:rsidR="005905C7" w:rsidRPr="005905C7">
              <w:lastRenderedPageBreak/>
              <w:t>Firma</w:t>
            </w:r>
            <w:proofErr w:type="spellEnd"/>
            <w:r w:rsidR="005905C7" w:rsidRPr="005905C7">
              <w:t xml:space="preserve"> do </w:t>
            </w:r>
            <w:proofErr w:type="spellStart"/>
            <w:r w:rsidR="005905C7" w:rsidRPr="005905C7">
              <w:t>Emitente</w:t>
            </w:r>
            <w:proofErr w:type="spellEnd"/>
          </w:p>
        </w:tc>
        <w:tc>
          <w:tcPr>
            <w:tcW w:w="4320" w:type="dxa"/>
          </w:tcPr>
          <w:p w14:paraId="452AEEF6" w14:textId="349D42FD" w:rsidR="00E634FF" w:rsidRDefault="00571CA9">
            <w:pPr>
              <w:jc w:val="center"/>
            </w:pPr>
            <w:r>
              <w:lastRenderedPageBreak/>
              <w:br/>
            </w:r>
            <w:r>
              <w:br/>
            </w:r>
            <w:r>
              <w:br/>
              <w:t>_______________________</w:t>
            </w:r>
            <w:r>
              <w:br/>
            </w:r>
            <w:proofErr w:type="spellStart"/>
            <w:r>
              <w:lastRenderedPageBreak/>
              <w:t>Firma</w:t>
            </w:r>
            <w:proofErr w:type="spellEnd"/>
            <w:r>
              <w:t xml:space="preserve"> d</w:t>
            </w:r>
            <w:r w:rsidR="005905C7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6FA21CF5" w14:textId="77777777" w:rsidR="00571CA9" w:rsidRDefault="00571CA9"/>
    <w:sectPr w:rsidR="00571C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2FEBB" w14:textId="77777777" w:rsidR="00571CA9" w:rsidRDefault="00571CA9" w:rsidP="00DD3710">
      <w:pPr>
        <w:spacing w:after="0" w:line="240" w:lineRule="auto"/>
      </w:pPr>
      <w:r>
        <w:separator/>
      </w:r>
    </w:p>
  </w:endnote>
  <w:endnote w:type="continuationSeparator" w:id="0">
    <w:p w14:paraId="458686F9" w14:textId="77777777" w:rsidR="00571CA9" w:rsidRDefault="00571CA9" w:rsidP="00DD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5CE39" w14:textId="77777777" w:rsidR="00571CA9" w:rsidRDefault="00571CA9" w:rsidP="00DD3710">
      <w:pPr>
        <w:spacing w:after="0" w:line="240" w:lineRule="auto"/>
      </w:pPr>
      <w:r>
        <w:separator/>
      </w:r>
    </w:p>
  </w:footnote>
  <w:footnote w:type="continuationSeparator" w:id="0">
    <w:p w14:paraId="7C3FF559" w14:textId="77777777" w:rsidR="00571CA9" w:rsidRDefault="00571CA9" w:rsidP="00DD3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71CA9"/>
    <w:rsid w:val="005905C7"/>
    <w:rsid w:val="00AA1D8D"/>
    <w:rsid w:val="00B47730"/>
    <w:rsid w:val="00CB0664"/>
    <w:rsid w:val="00DD3710"/>
    <w:rsid w:val="00E634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DA7B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2026-03-04T09:45:00Z</dcterms:created>
  <dcterms:modified xsi:type="dcterms:W3CDTF">2026-03-04T09:45:00Z</dcterms:modified>
  <cp:category/>
</cp:coreProperties>
</file>