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2F921" w14:textId="7E8B637D" w:rsidR="00DD3710" w:rsidRPr="003A0FB0" w:rsidRDefault="00DD3710" w:rsidP="00D55195">
      <w:pPr>
        <w:jc w:val="center"/>
        <w:rPr>
          <w:b/>
          <w:color w:val="00B050"/>
          <w:sz w:val="36"/>
          <w:lang w:val="pt-PT"/>
        </w:rPr>
      </w:pPr>
      <w:r w:rsidRPr="003A0FB0">
        <w:rPr>
          <w:b/>
          <w:color w:val="00B050"/>
          <w:sz w:val="36"/>
          <w:lang w:val="pt-PT"/>
        </w:rPr>
        <w:t>ORÇAMENTO DE SERVIÇOS PROFISSIONAIS</w:t>
      </w:r>
    </w:p>
    <w:p w14:paraId="4474A5F3" w14:textId="77777777" w:rsidR="00D55195" w:rsidRPr="00D55195" w:rsidRDefault="00D55195" w:rsidP="00D55195">
      <w:pPr>
        <w:jc w:val="center"/>
        <w:rPr>
          <w:b/>
          <w:color w:val="ED7D31"/>
          <w:sz w:val="36"/>
          <w:lang w:val="pt-PT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10"/>
        <w:gridCol w:w="4310"/>
      </w:tblGrid>
      <w:tr w:rsidR="00E634FF" w14:paraId="7B298229" w14:textId="77777777" w:rsidTr="003A0F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EAF1DD" w:themeFill="accent3" w:themeFillTint="33"/>
          </w:tcPr>
          <w:p w14:paraId="3746A263" w14:textId="7301CC98" w:rsidR="00E634FF" w:rsidRDefault="00DD3710">
            <w:r w:rsidRPr="00DD3710">
              <w:t xml:space="preserve">DADOS DO </w:t>
            </w:r>
            <w:proofErr w:type="spellStart"/>
            <w:r w:rsidRPr="00DD3710">
              <w:t>EMISSOR</w:t>
            </w:r>
            <w:proofErr w:type="spellEnd"/>
            <w:r w:rsidRPr="00DD3710">
              <w:t> </w:t>
            </w:r>
          </w:p>
        </w:tc>
        <w:tc>
          <w:tcPr>
            <w:tcW w:w="4320" w:type="dxa"/>
            <w:shd w:val="clear" w:color="auto" w:fill="EAF1DD" w:themeFill="accent3" w:themeFillTint="33"/>
          </w:tcPr>
          <w:p w14:paraId="2BD08FCD" w14:textId="30FEB6A4" w:rsidR="00E634FF" w:rsidRDefault="00DD3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D3710">
              <w:t xml:space="preserve">DADOS DO </w:t>
            </w:r>
            <w:proofErr w:type="spellStart"/>
            <w:r w:rsidRPr="00DD3710">
              <w:t>CLIENTE</w:t>
            </w:r>
            <w:proofErr w:type="spellEnd"/>
          </w:p>
        </w:tc>
      </w:tr>
      <w:tr w:rsidR="00E634FF" w:rsidRPr="00D55195" w14:paraId="448E2DA6" w14:textId="77777777" w:rsidTr="00D551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auto"/>
          </w:tcPr>
          <w:p w14:paraId="0A15AD3F" w14:textId="0F703FD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[Nome da Empresa]</w:t>
            </w:r>
          </w:p>
          <w:p w14:paraId="7CA3F6B1" w14:textId="604D37AD" w:rsidR="00DD3710" w:rsidRDefault="00DD3710" w:rsidP="00DD3710">
            <w:pPr>
              <w:rPr>
                <w:b w:val="0"/>
                <w:bCs w:val="0"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0D5DC044" w14:textId="4F86B42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393BD5F8" w14:textId="77777777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0273652C" w14:textId="478C53B3" w:rsidR="00E634FF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  <w:tc>
          <w:tcPr>
            <w:tcW w:w="4320" w:type="dxa"/>
            <w:shd w:val="clear" w:color="auto" w:fill="auto"/>
          </w:tcPr>
          <w:p w14:paraId="3EA230E8" w14:textId="1DF097F2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[Nome d</w:t>
            </w:r>
            <w:r>
              <w:rPr>
                <w:lang w:val="pt-PT"/>
              </w:rPr>
              <w:t>o</w:t>
            </w:r>
            <w:r w:rsidRPr="00DD3710">
              <w:rPr>
                <w:lang w:val="pt-PT"/>
              </w:rPr>
              <w:t xml:space="preserve"> </w:t>
            </w:r>
            <w:r>
              <w:rPr>
                <w:lang w:val="pt-PT"/>
              </w:rPr>
              <w:t>Cliente</w:t>
            </w:r>
            <w:r w:rsidRPr="00DD3710">
              <w:rPr>
                <w:lang w:val="pt-PT"/>
              </w:rPr>
              <w:t>]</w:t>
            </w:r>
          </w:p>
          <w:p w14:paraId="6F3B18E8" w14:textId="77777777" w:rsid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bCs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49377A4F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705C169E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1FFCE948" w14:textId="17DC9726" w:rsidR="00E634FF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</w:tr>
    </w:tbl>
    <w:p w14:paraId="1D7A1685" w14:textId="77777777" w:rsidR="00E634FF" w:rsidRPr="00DD3710" w:rsidRDefault="00E634FF">
      <w:pPr>
        <w:rPr>
          <w:lang w:val="pt-PT"/>
        </w:rPr>
      </w:pPr>
    </w:p>
    <w:p w14:paraId="6FBE9E4A" w14:textId="3BD4CC15" w:rsidR="00E634FF" w:rsidRPr="00DD3710" w:rsidRDefault="00DD3710">
      <w:pPr>
        <w:rPr>
          <w:lang w:val="pt-PT"/>
        </w:rPr>
      </w:pPr>
      <w:r w:rsidRPr="00DD3710">
        <w:rPr>
          <w:b/>
          <w:lang w:val="pt-PT"/>
        </w:rPr>
        <w:t>Data do orçamento:</w:t>
      </w:r>
      <w:r w:rsidR="00571CA9" w:rsidRPr="00DD3710">
        <w:rPr>
          <w:b/>
          <w:lang w:val="pt-PT"/>
        </w:rPr>
        <w:t xml:space="preserve"> </w:t>
      </w:r>
      <w:proofErr w:type="gramStart"/>
      <w:r w:rsidR="00571CA9" w:rsidRPr="00DD3710">
        <w:rPr>
          <w:lang w:val="pt-PT"/>
        </w:rPr>
        <w:t xml:space="preserve">29/01/2026    </w:t>
      </w:r>
      <w:r w:rsidR="00571CA9" w:rsidRPr="00DD3710">
        <w:rPr>
          <w:b/>
          <w:lang w:val="pt-PT"/>
        </w:rPr>
        <w:t>Valid</w:t>
      </w:r>
      <w:r>
        <w:rPr>
          <w:b/>
          <w:lang w:val="pt-PT"/>
        </w:rPr>
        <w:t>ade</w:t>
      </w:r>
      <w:proofErr w:type="gramEnd"/>
      <w:r w:rsidR="00571CA9" w:rsidRPr="00DD3710">
        <w:rPr>
          <w:b/>
          <w:lang w:val="pt-PT"/>
        </w:rPr>
        <w:t xml:space="preserve">: </w:t>
      </w:r>
      <w:r w:rsidR="00571CA9" w:rsidRPr="00DD3710">
        <w:rPr>
          <w:lang w:val="pt-PT"/>
        </w:rPr>
        <w:t>30 d</w:t>
      </w:r>
      <w:r>
        <w:rPr>
          <w:lang w:val="pt-PT"/>
        </w:rPr>
        <w:t>i</w:t>
      </w:r>
      <w:r w:rsidR="00571CA9" w:rsidRPr="00DD3710">
        <w:rPr>
          <w:lang w:val="pt-PT"/>
        </w:rPr>
        <w:t>as</w:t>
      </w:r>
    </w:p>
    <w:p w14:paraId="7ECB8300" w14:textId="77777777" w:rsidR="00E634FF" w:rsidRPr="00DD3710" w:rsidRDefault="00E634FF">
      <w:pPr>
        <w:rPr>
          <w:lang w:val="pt-PT"/>
        </w:rPr>
      </w:pPr>
    </w:p>
    <w:tbl>
      <w:tblPr>
        <w:tblStyle w:val="3-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9"/>
        <w:gridCol w:w="2157"/>
        <w:gridCol w:w="2157"/>
        <w:gridCol w:w="2157"/>
      </w:tblGrid>
      <w:tr w:rsidR="00DD3710" w14:paraId="32AB8EEC" w14:textId="77777777" w:rsidTr="003A0F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14:paraId="606D9C98" w14:textId="069F4ADD" w:rsidR="00DD3710" w:rsidRDefault="00DD3710" w:rsidP="00DD3710">
            <w:pPr>
              <w:jc w:val="center"/>
            </w:pPr>
            <w:proofErr w:type="spellStart"/>
            <w:r w:rsidRPr="002A4085">
              <w:t>DESCRIÇÃO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14:paraId="681D6E53" w14:textId="47F8AEF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UNIDADES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14:paraId="4C1E50B3" w14:textId="0085A82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PREÇO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B050"/>
          </w:tcPr>
          <w:p w14:paraId="420AC81B" w14:textId="4AF6FDDD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A4085">
              <w:t>TOTAL</w:t>
            </w:r>
          </w:p>
        </w:tc>
      </w:tr>
      <w:tr w:rsidR="005905C7" w14:paraId="5A5F44E0" w14:textId="77777777" w:rsidTr="0042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A96C8C6" w14:textId="755DF3B8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>Consultoria estratégica (10 horas)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5A15A5B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40371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75.00 €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CD4CA3D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750.00 €</w:t>
            </w:r>
          </w:p>
        </w:tc>
      </w:tr>
      <w:tr w:rsidR="005905C7" w14:paraId="718D38DF" w14:textId="77777777" w:rsidTr="003A0F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AF1DD" w:themeFill="accent3" w:themeFillTint="33"/>
          </w:tcPr>
          <w:p w14:paraId="13E2207E" w14:textId="4F64091F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 xml:space="preserve">Design gráfico e </w:t>
            </w:r>
            <w:proofErr w:type="spellStart"/>
            <w:r w:rsidRPr="00425BDF">
              <w:rPr>
                <w:color w:val="000000" w:themeColor="text1"/>
                <w:lang w:val="pt-PT"/>
              </w:rPr>
              <w:t>branding</w:t>
            </w:r>
            <w:proofErr w:type="spellEnd"/>
          </w:p>
        </w:tc>
        <w:tc>
          <w:tcPr>
            <w:tcW w:w="2160" w:type="dxa"/>
            <w:shd w:val="clear" w:color="auto" w:fill="EAF1DD" w:themeFill="accent3" w:themeFillTint="33"/>
          </w:tcPr>
          <w:p w14:paraId="6505307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  <w:shd w:val="clear" w:color="auto" w:fill="EAF1DD" w:themeFill="accent3" w:themeFillTint="33"/>
          </w:tcPr>
          <w:p w14:paraId="1320B23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  <w:tc>
          <w:tcPr>
            <w:tcW w:w="2160" w:type="dxa"/>
            <w:shd w:val="clear" w:color="auto" w:fill="EAF1DD" w:themeFill="accent3" w:themeFillTint="33"/>
          </w:tcPr>
          <w:p w14:paraId="6861231F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</w:tr>
      <w:tr w:rsidR="005905C7" w14:paraId="0A921ED2" w14:textId="77777777" w:rsidTr="0042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1CBB055" w14:textId="729532AC" w:rsidR="005905C7" w:rsidRPr="00425BDF" w:rsidRDefault="005905C7" w:rsidP="005905C7">
            <w:pPr>
              <w:rPr>
                <w:color w:val="000000" w:themeColor="text1"/>
              </w:rPr>
            </w:pPr>
            <w:proofErr w:type="spellStart"/>
            <w:r w:rsidRPr="00425BDF">
              <w:rPr>
                <w:color w:val="000000" w:themeColor="text1"/>
              </w:rPr>
              <w:t>Desenvolvimento</w:t>
            </w:r>
            <w:proofErr w:type="spellEnd"/>
            <w:r w:rsidRPr="00425BDF">
              <w:rPr>
                <w:color w:val="000000" w:themeColor="text1"/>
              </w:rPr>
              <w:t xml:space="preserve"> web </w:t>
            </w:r>
            <w:proofErr w:type="spellStart"/>
            <w:r w:rsidRPr="00425BDF">
              <w:rPr>
                <w:color w:val="000000" w:themeColor="text1"/>
              </w:rPr>
              <w:t>responsivo</w:t>
            </w:r>
            <w:proofErr w:type="spellEnd"/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E38875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9AC117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9277A78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</w:tr>
      <w:tr w:rsidR="005905C7" w14:paraId="7221EC86" w14:textId="77777777" w:rsidTr="003A0F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AF1DD" w:themeFill="accent3" w:themeFillTint="33"/>
          </w:tcPr>
          <w:p w14:paraId="22B50DDF" w14:textId="22E09695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>Gestão de redes sociais (1 mês)</w:t>
            </w:r>
          </w:p>
        </w:tc>
        <w:tc>
          <w:tcPr>
            <w:tcW w:w="2160" w:type="dxa"/>
            <w:shd w:val="clear" w:color="auto" w:fill="EAF1DD" w:themeFill="accent3" w:themeFillTint="33"/>
          </w:tcPr>
          <w:p w14:paraId="16E1E49A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  <w:shd w:val="clear" w:color="auto" w:fill="EAF1DD" w:themeFill="accent3" w:themeFillTint="33"/>
          </w:tcPr>
          <w:p w14:paraId="730BB172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  <w:tc>
          <w:tcPr>
            <w:tcW w:w="2160" w:type="dxa"/>
            <w:shd w:val="clear" w:color="auto" w:fill="EAF1DD" w:themeFill="accent3" w:themeFillTint="33"/>
          </w:tcPr>
          <w:p w14:paraId="22A369E3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</w:tr>
      <w:tr w:rsidR="005905C7" w14:paraId="1B737911" w14:textId="77777777" w:rsidTr="0042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7BC053" w14:textId="48B2D22C" w:rsidR="005905C7" w:rsidRPr="00425BDF" w:rsidRDefault="005905C7" w:rsidP="005905C7">
            <w:pPr>
              <w:rPr>
                <w:color w:val="000000" w:themeColor="text1"/>
                <w:lang w:val="pt-PT"/>
              </w:rPr>
            </w:pPr>
            <w:r w:rsidRPr="00425BDF">
              <w:rPr>
                <w:color w:val="000000" w:themeColor="text1"/>
                <w:lang w:val="pt-PT"/>
              </w:rPr>
              <w:t>Redação de conteúdo SEO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88DFC8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CBE3A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80.00 €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BBA76F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400.00 €</w:t>
            </w:r>
          </w:p>
        </w:tc>
      </w:tr>
    </w:tbl>
    <w:p w14:paraId="37F83AA6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905C7" w14:paraId="18A6CB16" w14:textId="77777777">
        <w:tc>
          <w:tcPr>
            <w:tcW w:w="4320" w:type="dxa"/>
          </w:tcPr>
          <w:p w14:paraId="48EEB1FE" w14:textId="3A230692" w:rsidR="005905C7" w:rsidRDefault="005905C7" w:rsidP="005905C7">
            <w:r w:rsidRPr="003F41FD">
              <w:t>Subtotal:</w:t>
            </w:r>
          </w:p>
        </w:tc>
        <w:tc>
          <w:tcPr>
            <w:tcW w:w="4320" w:type="dxa"/>
          </w:tcPr>
          <w:p w14:paraId="082F4640" w14:textId="77777777" w:rsidR="005905C7" w:rsidRDefault="005905C7" w:rsidP="005905C7">
            <w:pPr>
              <w:jc w:val="right"/>
            </w:pPr>
            <w:r>
              <w:t>3150.00 €</w:t>
            </w:r>
          </w:p>
        </w:tc>
      </w:tr>
      <w:tr w:rsidR="005905C7" w14:paraId="3316E8E9" w14:textId="77777777">
        <w:tc>
          <w:tcPr>
            <w:tcW w:w="4320" w:type="dxa"/>
          </w:tcPr>
          <w:p w14:paraId="51C9C98E" w14:textId="1B1C13FB" w:rsidR="005905C7" w:rsidRDefault="005905C7" w:rsidP="005905C7">
            <w:proofErr w:type="spellStart"/>
            <w:r w:rsidRPr="003F41FD">
              <w:t>Desconto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</w:tcPr>
          <w:p w14:paraId="45464020" w14:textId="77777777" w:rsidR="005905C7" w:rsidRDefault="005905C7" w:rsidP="005905C7">
            <w:pPr>
              <w:jc w:val="right"/>
            </w:pPr>
            <w:r>
              <w:t>157.50 €</w:t>
            </w:r>
          </w:p>
        </w:tc>
      </w:tr>
      <w:tr w:rsidR="005905C7" w14:paraId="05B01841" w14:textId="77777777">
        <w:tc>
          <w:tcPr>
            <w:tcW w:w="4320" w:type="dxa"/>
          </w:tcPr>
          <w:p w14:paraId="10F211F5" w14:textId="28DCEC56" w:rsidR="005905C7" w:rsidRPr="005905C7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Base de cálculo:</w:t>
            </w:r>
          </w:p>
        </w:tc>
        <w:tc>
          <w:tcPr>
            <w:tcW w:w="4320" w:type="dxa"/>
          </w:tcPr>
          <w:p w14:paraId="31A79947" w14:textId="77777777" w:rsidR="005905C7" w:rsidRDefault="005905C7" w:rsidP="005905C7">
            <w:pPr>
              <w:jc w:val="right"/>
            </w:pPr>
            <w:r>
              <w:t>2992.50 €</w:t>
            </w:r>
          </w:p>
        </w:tc>
      </w:tr>
      <w:tr w:rsidR="005905C7" w14:paraId="6C0DA7F8" w14:textId="77777777">
        <w:tc>
          <w:tcPr>
            <w:tcW w:w="4320" w:type="dxa"/>
          </w:tcPr>
          <w:p w14:paraId="4F9F38D3" w14:textId="0945AB03" w:rsidR="005905C7" w:rsidRDefault="005905C7" w:rsidP="005905C7">
            <w:r w:rsidRPr="003F41FD">
              <w:t>ISS (5%):</w:t>
            </w:r>
          </w:p>
        </w:tc>
        <w:tc>
          <w:tcPr>
            <w:tcW w:w="4320" w:type="dxa"/>
          </w:tcPr>
          <w:p w14:paraId="2A53CDDF" w14:textId="05EDE66C" w:rsidR="005905C7" w:rsidRDefault="005905C7" w:rsidP="005905C7">
            <w:pPr>
              <w:jc w:val="right"/>
            </w:pPr>
            <w:r>
              <w:t>149.63 €</w:t>
            </w:r>
          </w:p>
        </w:tc>
      </w:tr>
      <w:tr w:rsidR="005905C7" w14:paraId="1E6C8565" w14:textId="77777777" w:rsidTr="003A0FB0">
        <w:tc>
          <w:tcPr>
            <w:tcW w:w="4320" w:type="dxa"/>
            <w:shd w:val="clear" w:color="auto" w:fill="EAF1DD" w:themeFill="accent3" w:themeFillTint="33"/>
          </w:tcPr>
          <w:p w14:paraId="62F1CBA1" w14:textId="2E01230A" w:rsidR="005905C7" w:rsidRDefault="005905C7" w:rsidP="005905C7">
            <w:r w:rsidRPr="003F41FD">
              <w:t xml:space="preserve">Total do </w:t>
            </w:r>
            <w:proofErr w:type="spellStart"/>
            <w:r w:rsidRPr="003F41FD">
              <w:t>orçamento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  <w:shd w:val="clear" w:color="auto" w:fill="EAF1DD" w:themeFill="accent3" w:themeFillTint="33"/>
          </w:tcPr>
          <w:p w14:paraId="711DC71D" w14:textId="527CE54C" w:rsidR="005905C7" w:rsidRDefault="005905C7" w:rsidP="005905C7">
            <w:pPr>
              <w:jc w:val="right"/>
            </w:pPr>
            <w:r>
              <w:rPr>
                <w:b/>
                <w:sz w:val="24"/>
              </w:rPr>
              <w:t>3142.13 €</w:t>
            </w:r>
          </w:p>
        </w:tc>
      </w:tr>
    </w:tbl>
    <w:p w14:paraId="44462FDC" w14:textId="77777777" w:rsidR="00E634FF" w:rsidRDefault="00E634FF"/>
    <w:p w14:paraId="53A6DF4A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634FF" w14:paraId="1B1E2C9C" w14:textId="77777777">
        <w:tc>
          <w:tcPr>
            <w:tcW w:w="4320" w:type="dxa"/>
          </w:tcPr>
          <w:p w14:paraId="43D107F4" w14:textId="2669FEBA" w:rsidR="00E634FF" w:rsidRDefault="00571CA9">
            <w:pPr>
              <w:jc w:val="center"/>
            </w:pPr>
            <w:r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 w:rsidR="005905C7" w:rsidRPr="005905C7">
              <w:t>Firma</w:t>
            </w:r>
            <w:proofErr w:type="spellEnd"/>
            <w:r w:rsidR="005905C7" w:rsidRPr="005905C7">
              <w:t xml:space="preserve"> do </w:t>
            </w:r>
            <w:proofErr w:type="spellStart"/>
            <w:r w:rsidR="005905C7" w:rsidRPr="005905C7">
              <w:t>Emitente</w:t>
            </w:r>
            <w:proofErr w:type="spellEnd"/>
          </w:p>
        </w:tc>
        <w:tc>
          <w:tcPr>
            <w:tcW w:w="4320" w:type="dxa"/>
          </w:tcPr>
          <w:p w14:paraId="452AEEF6" w14:textId="349D42FD" w:rsidR="00E634FF" w:rsidRDefault="00571CA9">
            <w:pPr>
              <w:jc w:val="center"/>
            </w:pPr>
            <w:r>
              <w:lastRenderedPageBreak/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>
              <w:t>Firma</w:t>
            </w:r>
            <w:proofErr w:type="spellEnd"/>
            <w:r>
              <w:t xml:space="preserve"> d</w:t>
            </w:r>
            <w:r w:rsidR="005905C7">
              <w:t>o</w:t>
            </w:r>
            <w:r>
              <w:t xml:space="preserve"> </w:t>
            </w:r>
            <w:proofErr w:type="spellStart"/>
            <w:r>
              <w:t>Cliente</w:t>
            </w:r>
            <w:proofErr w:type="spellEnd"/>
          </w:p>
        </w:tc>
      </w:tr>
    </w:tbl>
    <w:p w14:paraId="6FA21CF5" w14:textId="77777777" w:rsidR="00571CA9" w:rsidRDefault="00571CA9"/>
    <w:sectPr w:rsidR="00571CA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0A568" w14:textId="77777777" w:rsidR="008515F4" w:rsidRDefault="008515F4" w:rsidP="00DD3710">
      <w:pPr>
        <w:spacing w:after="0" w:line="240" w:lineRule="auto"/>
      </w:pPr>
      <w:r>
        <w:separator/>
      </w:r>
    </w:p>
  </w:endnote>
  <w:endnote w:type="continuationSeparator" w:id="0">
    <w:p w14:paraId="535B0F43" w14:textId="77777777" w:rsidR="008515F4" w:rsidRDefault="008515F4" w:rsidP="00DD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2126D" w14:textId="77777777" w:rsidR="008515F4" w:rsidRDefault="008515F4" w:rsidP="00DD3710">
      <w:pPr>
        <w:spacing w:after="0" w:line="240" w:lineRule="auto"/>
      </w:pPr>
      <w:r>
        <w:separator/>
      </w:r>
    </w:p>
  </w:footnote>
  <w:footnote w:type="continuationSeparator" w:id="0">
    <w:p w14:paraId="30ED9FC5" w14:textId="77777777" w:rsidR="008515F4" w:rsidRDefault="008515F4" w:rsidP="00DD3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A0FB0"/>
    <w:rsid w:val="00425BDF"/>
    <w:rsid w:val="00571CA9"/>
    <w:rsid w:val="005905C7"/>
    <w:rsid w:val="008515F4"/>
    <w:rsid w:val="00AA1D8D"/>
    <w:rsid w:val="00B47730"/>
    <w:rsid w:val="00CB0664"/>
    <w:rsid w:val="00D55195"/>
    <w:rsid w:val="00DD3710"/>
    <w:rsid w:val="00E634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DA7BB5"/>
  <w14:defaultImageDpi w14:val="300"/>
  <w15:docId w15:val="{08A24BFC-E780-4772-8A02-CDF37E40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3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黄斯漫simanhuang</cp:lastModifiedBy>
  <cp:revision>2</cp:revision>
  <dcterms:created xsi:type="dcterms:W3CDTF">2026-03-04T09:56:00Z</dcterms:created>
  <dcterms:modified xsi:type="dcterms:W3CDTF">2026-03-04T09:56:00Z</dcterms:modified>
  <cp:category/>
</cp:coreProperties>
</file>