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9C568" w14:textId="56F92561" w:rsidR="00B66370" w:rsidRPr="007F4310" w:rsidRDefault="007F4310" w:rsidP="007F4310">
      <w:pPr>
        <w:ind w:firstLineChars="350" w:firstLine="1265"/>
        <w:rPr>
          <w:b/>
          <w:color w:val="0070C0"/>
          <w:sz w:val="36"/>
        </w:rPr>
      </w:pPr>
      <w:proofErr w:type="spellStart"/>
      <w:r w:rsidRPr="007F4310">
        <w:rPr>
          <w:b/>
          <w:color w:val="0070C0"/>
          <w:sz w:val="36"/>
        </w:rPr>
        <w:t>ORÇAMENTO</w:t>
      </w:r>
      <w:proofErr w:type="spellEnd"/>
      <w:r w:rsidRPr="007F4310">
        <w:rPr>
          <w:b/>
          <w:color w:val="0070C0"/>
          <w:sz w:val="36"/>
        </w:rPr>
        <w:t xml:space="preserve"> COM ISS </w:t>
      </w:r>
      <w:proofErr w:type="spellStart"/>
      <w:r w:rsidRPr="007F4310">
        <w:rPr>
          <w:b/>
          <w:color w:val="0070C0"/>
          <w:sz w:val="36"/>
        </w:rPr>
        <w:t>DETALHADO</w:t>
      </w:r>
      <w:proofErr w:type="spellEnd"/>
    </w:p>
    <w:p w14:paraId="2F1BE251" w14:textId="77777777" w:rsidR="007F4310" w:rsidRDefault="007F4310" w:rsidP="007F4310">
      <w:pPr>
        <w:ind w:firstLineChars="350" w:firstLine="770"/>
      </w:pPr>
    </w:p>
    <w:tbl>
      <w:tblPr>
        <w:tblStyle w:val="-11"/>
        <w:tblW w:w="0" w:type="auto"/>
        <w:tblLook w:val="04A0" w:firstRow="1" w:lastRow="0" w:firstColumn="1" w:lastColumn="0" w:noHBand="0" w:noVBand="1"/>
      </w:tblPr>
      <w:tblGrid>
        <w:gridCol w:w="4310"/>
        <w:gridCol w:w="4310"/>
      </w:tblGrid>
      <w:tr w:rsidR="007F4310" w14:paraId="154D27B7" w14:textId="77777777" w:rsidTr="00EE3B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0A4F67A" w14:textId="77777777" w:rsidR="007F4310" w:rsidRDefault="007F4310" w:rsidP="00EE3BD8">
            <w:r w:rsidRPr="00DD3710">
              <w:t xml:space="preserve">DADOS DO </w:t>
            </w:r>
            <w:proofErr w:type="spellStart"/>
            <w:r w:rsidRPr="00DD3710">
              <w:t>EMISSOR</w:t>
            </w:r>
            <w:proofErr w:type="spellEnd"/>
            <w:r w:rsidRPr="00DD3710">
              <w:t> </w:t>
            </w:r>
          </w:p>
        </w:tc>
        <w:tc>
          <w:tcPr>
            <w:tcW w:w="4320" w:type="dxa"/>
          </w:tcPr>
          <w:p w14:paraId="439063B0" w14:textId="77777777" w:rsidR="007F4310" w:rsidRDefault="007F4310" w:rsidP="00EE3B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D3710">
              <w:t xml:space="preserve">DADOS DO </w:t>
            </w:r>
            <w:proofErr w:type="spellStart"/>
            <w:r w:rsidRPr="00DD3710">
              <w:t>CLIENTE</w:t>
            </w:r>
            <w:proofErr w:type="spellEnd"/>
          </w:p>
        </w:tc>
      </w:tr>
      <w:tr w:rsidR="007F4310" w:rsidRPr="00DD3710" w14:paraId="4ADC65AB" w14:textId="77777777" w:rsidTr="00EE3B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BF9439D" w14:textId="77777777" w:rsidR="007F4310" w:rsidRPr="00DD3710" w:rsidRDefault="007F4310" w:rsidP="00EE3BD8">
            <w:pPr>
              <w:rPr>
                <w:lang w:val="pt-PT"/>
              </w:rPr>
            </w:pPr>
            <w:r w:rsidRPr="00DD3710">
              <w:rPr>
                <w:lang w:val="pt-PT"/>
              </w:rPr>
              <w:t>[Nome da Empresa]</w:t>
            </w:r>
          </w:p>
          <w:p w14:paraId="34A3B75A" w14:textId="77777777" w:rsidR="007F4310" w:rsidRDefault="007F4310" w:rsidP="00EE3BD8">
            <w:pPr>
              <w:rPr>
                <w:b w:val="0"/>
                <w:bCs w:val="0"/>
                <w:lang w:val="pt-PT"/>
              </w:rPr>
            </w:pPr>
            <w:proofErr w:type="spellStart"/>
            <w:r w:rsidRPr="00DD3710">
              <w:rPr>
                <w:lang w:val="pt-PT"/>
              </w:rPr>
              <w:t>CNPJ</w:t>
            </w:r>
            <w:proofErr w:type="spellEnd"/>
            <w:r w:rsidRPr="00DD3710">
              <w:rPr>
                <w:lang w:val="pt-PT"/>
              </w:rPr>
              <w:t>/CPF: [Número]</w:t>
            </w:r>
          </w:p>
          <w:p w14:paraId="07BDBEF5" w14:textId="77777777" w:rsidR="007F4310" w:rsidRPr="00DD3710" w:rsidRDefault="007F4310" w:rsidP="00EE3BD8">
            <w:pPr>
              <w:rPr>
                <w:lang w:val="pt-PT"/>
              </w:rPr>
            </w:pPr>
            <w:r w:rsidRPr="00DD3710">
              <w:rPr>
                <w:lang w:val="pt-PT"/>
              </w:rPr>
              <w:t>Endereço: [Endereço]</w:t>
            </w:r>
          </w:p>
          <w:p w14:paraId="15536684" w14:textId="77777777" w:rsidR="007F4310" w:rsidRPr="00DD3710" w:rsidRDefault="007F4310" w:rsidP="00EE3BD8">
            <w:pPr>
              <w:rPr>
                <w:lang w:val="pt-PT"/>
              </w:rPr>
            </w:pPr>
            <w:r w:rsidRPr="00DD3710">
              <w:rPr>
                <w:lang w:val="pt-PT"/>
              </w:rPr>
              <w:t>Telefone: [Telefone]</w:t>
            </w:r>
          </w:p>
          <w:p w14:paraId="3B90A18E" w14:textId="77777777" w:rsidR="007F4310" w:rsidRPr="00DD3710" w:rsidRDefault="007F4310" w:rsidP="00EE3BD8">
            <w:pPr>
              <w:rPr>
                <w:lang w:val="pt-PT"/>
              </w:rPr>
            </w:pPr>
            <w:r w:rsidRPr="00DD3710">
              <w:rPr>
                <w:lang w:val="pt-PT"/>
              </w:rPr>
              <w:t>Email: [</w:t>
            </w:r>
            <w:proofErr w:type="spellStart"/>
            <w:r w:rsidRPr="00DD3710">
              <w:rPr>
                <w:lang w:val="pt-PT"/>
              </w:rPr>
              <w:t>email@ejemplo.com</w:t>
            </w:r>
            <w:proofErr w:type="spellEnd"/>
            <w:r w:rsidRPr="00DD3710">
              <w:rPr>
                <w:lang w:val="pt-PT"/>
              </w:rPr>
              <w:t>]</w:t>
            </w:r>
          </w:p>
        </w:tc>
        <w:tc>
          <w:tcPr>
            <w:tcW w:w="4320" w:type="dxa"/>
          </w:tcPr>
          <w:p w14:paraId="3692A8FE" w14:textId="77777777" w:rsidR="007F4310" w:rsidRPr="00DD3710" w:rsidRDefault="007F4310" w:rsidP="00EE3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[Nome d</w:t>
            </w:r>
            <w:r>
              <w:rPr>
                <w:lang w:val="pt-PT"/>
              </w:rPr>
              <w:t>o</w:t>
            </w:r>
            <w:r w:rsidRPr="00DD3710">
              <w:rPr>
                <w:lang w:val="pt-PT"/>
              </w:rPr>
              <w:t xml:space="preserve"> </w:t>
            </w:r>
            <w:r>
              <w:rPr>
                <w:lang w:val="pt-PT"/>
              </w:rPr>
              <w:t>Cliente</w:t>
            </w:r>
            <w:r w:rsidRPr="00DD3710">
              <w:rPr>
                <w:lang w:val="pt-PT"/>
              </w:rPr>
              <w:t>]</w:t>
            </w:r>
          </w:p>
          <w:p w14:paraId="3369DB09" w14:textId="77777777" w:rsidR="007F4310" w:rsidRDefault="007F4310" w:rsidP="00EE3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/>
                <w:bCs/>
                <w:lang w:val="pt-PT"/>
              </w:rPr>
            </w:pPr>
            <w:proofErr w:type="spellStart"/>
            <w:r w:rsidRPr="00DD3710">
              <w:rPr>
                <w:lang w:val="pt-PT"/>
              </w:rPr>
              <w:t>CNPJ</w:t>
            </w:r>
            <w:proofErr w:type="spellEnd"/>
            <w:r w:rsidRPr="00DD3710">
              <w:rPr>
                <w:lang w:val="pt-PT"/>
              </w:rPr>
              <w:t>/CPF: [Número]</w:t>
            </w:r>
          </w:p>
          <w:p w14:paraId="7F04BC09" w14:textId="77777777" w:rsidR="007F4310" w:rsidRPr="00DD3710" w:rsidRDefault="007F4310" w:rsidP="00EE3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Endereço: [Endereço]</w:t>
            </w:r>
          </w:p>
          <w:p w14:paraId="73AEA851" w14:textId="77777777" w:rsidR="007F4310" w:rsidRPr="00DD3710" w:rsidRDefault="007F4310" w:rsidP="00EE3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Telefone: [Telefone]</w:t>
            </w:r>
          </w:p>
          <w:p w14:paraId="0E7C1FCB" w14:textId="77777777" w:rsidR="007F4310" w:rsidRPr="00DD3710" w:rsidRDefault="007F4310" w:rsidP="00EE3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Email: [</w:t>
            </w:r>
            <w:proofErr w:type="spellStart"/>
            <w:r w:rsidRPr="00DD3710">
              <w:rPr>
                <w:lang w:val="pt-PT"/>
              </w:rPr>
              <w:t>email@ejemplo.com</w:t>
            </w:r>
            <w:proofErr w:type="spellEnd"/>
            <w:r w:rsidRPr="00DD3710">
              <w:rPr>
                <w:lang w:val="pt-PT"/>
              </w:rPr>
              <w:t>]</w:t>
            </w:r>
          </w:p>
        </w:tc>
      </w:tr>
    </w:tbl>
    <w:p w14:paraId="564C2135" w14:textId="77777777" w:rsidR="007F4310" w:rsidRDefault="007F4310">
      <w:pPr>
        <w:rPr>
          <w:b/>
          <w:lang w:val="pt-PT"/>
        </w:rPr>
      </w:pPr>
    </w:p>
    <w:p w14:paraId="670971F0" w14:textId="41A2C578" w:rsidR="00B66370" w:rsidRPr="007F4310" w:rsidRDefault="008E7F0A">
      <w:pPr>
        <w:rPr>
          <w:lang w:val="pt-PT"/>
        </w:rPr>
      </w:pPr>
      <w:r w:rsidRPr="007F4310">
        <w:rPr>
          <w:b/>
          <w:lang w:val="pt-PT"/>
        </w:rPr>
        <w:t xml:space="preserve">Fecha </w:t>
      </w:r>
      <w:proofErr w:type="spellStart"/>
      <w:r w:rsidRPr="007F4310">
        <w:rPr>
          <w:b/>
          <w:lang w:val="pt-PT"/>
        </w:rPr>
        <w:t>del</w:t>
      </w:r>
      <w:proofErr w:type="spellEnd"/>
      <w:r w:rsidRPr="007F4310">
        <w:rPr>
          <w:b/>
          <w:lang w:val="pt-PT"/>
        </w:rPr>
        <w:t xml:space="preserve"> </w:t>
      </w:r>
      <w:proofErr w:type="spellStart"/>
      <w:r w:rsidRPr="007F4310">
        <w:rPr>
          <w:b/>
          <w:lang w:val="pt-PT"/>
        </w:rPr>
        <w:t>presupuesto</w:t>
      </w:r>
      <w:proofErr w:type="spellEnd"/>
      <w:r w:rsidRPr="007F4310">
        <w:rPr>
          <w:b/>
          <w:lang w:val="pt-PT"/>
        </w:rPr>
        <w:t xml:space="preserve">: </w:t>
      </w:r>
      <w:proofErr w:type="gramStart"/>
      <w:r w:rsidRPr="007F4310">
        <w:rPr>
          <w:lang w:val="pt-PT"/>
        </w:rPr>
        <w:t xml:space="preserve">29/01/2026    </w:t>
      </w:r>
      <w:r w:rsidRPr="007F4310">
        <w:rPr>
          <w:b/>
          <w:lang w:val="pt-PT"/>
        </w:rPr>
        <w:t>Validez</w:t>
      </w:r>
      <w:proofErr w:type="gramEnd"/>
      <w:r w:rsidRPr="007F4310">
        <w:rPr>
          <w:b/>
          <w:lang w:val="pt-PT"/>
        </w:rPr>
        <w:t xml:space="preserve">: </w:t>
      </w:r>
      <w:r w:rsidRPr="007F4310">
        <w:rPr>
          <w:lang w:val="pt-PT"/>
        </w:rPr>
        <w:t xml:space="preserve">30 </w:t>
      </w:r>
      <w:proofErr w:type="spellStart"/>
      <w:r w:rsidRPr="007F4310">
        <w:rPr>
          <w:lang w:val="pt-PT"/>
        </w:rPr>
        <w:t>días</w:t>
      </w:r>
      <w:proofErr w:type="spellEnd"/>
    </w:p>
    <w:tbl>
      <w:tblPr>
        <w:tblStyle w:val="3-1"/>
        <w:tblW w:w="0" w:type="auto"/>
        <w:tblLook w:val="04A0" w:firstRow="1" w:lastRow="0" w:firstColumn="1" w:lastColumn="0" w:noHBand="0" w:noVBand="1"/>
      </w:tblPr>
      <w:tblGrid>
        <w:gridCol w:w="2156"/>
        <w:gridCol w:w="2156"/>
        <w:gridCol w:w="2154"/>
        <w:gridCol w:w="2154"/>
      </w:tblGrid>
      <w:tr w:rsidR="007F4310" w14:paraId="638CA322" w14:textId="77777777" w:rsidTr="00B663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0650297" w14:textId="68273E69" w:rsidR="007F4310" w:rsidRDefault="007F4310" w:rsidP="007F4310">
            <w:pPr>
              <w:jc w:val="center"/>
            </w:pPr>
            <w:proofErr w:type="spellStart"/>
            <w:r w:rsidRPr="002A4085">
              <w:t>DESCRIÇÃO</w:t>
            </w:r>
            <w:proofErr w:type="spellEnd"/>
          </w:p>
        </w:tc>
        <w:tc>
          <w:tcPr>
            <w:tcW w:w="2160" w:type="dxa"/>
          </w:tcPr>
          <w:p w14:paraId="6E21451A" w14:textId="36D206FE" w:rsidR="007F4310" w:rsidRDefault="007F4310" w:rsidP="007F43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A4085">
              <w:t>UNIDADES</w:t>
            </w:r>
            <w:proofErr w:type="spellEnd"/>
          </w:p>
        </w:tc>
        <w:tc>
          <w:tcPr>
            <w:tcW w:w="2160" w:type="dxa"/>
          </w:tcPr>
          <w:p w14:paraId="0D64E62B" w14:textId="1CF7755A" w:rsidR="007F4310" w:rsidRDefault="007F4310" w:rsidP="007F43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A4085">
              <w:t>PREÇO</w:t>
            </w:r>
            <w:proofErr w:type="spellEnd"/>
          </w:p>
        </w:tc>
        <w:tc>
          <w:tcPr>
            <w:tcW w:w="2160" w:type="dxa"/>
          </w:tcPr>
          <w:p w14:paraId="72DEAC80" w14:textId="10BBFE29" w:rsidR="007F4310" w:rsidRDefault="007F4310" w:rsidP="007F43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A4085">
              <w:t>TOTAL</w:t>
            </w:r>
          </w:p>
        </w:tc>
      </w:tr>
      <w:tr w:rsidR="007F4310" w14:paraId="0B3376D6" w14:textId="77777777" w:rsidTr="00D426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Align w:val="bottom"/>
          </w:tcPr>
          <w:p w14:paraId="255B3A47" w14:textId="750C0AAE" w:rsidR="007F4310" w:rsidRPr="007F4310" w:rsidRDefault="007F4310" w:rsidP="007F4310">
            <w:pPr>
              <w:rPr>
                <w:lang w:val="pt-PT"/>
              </w:rPr>
            </w:pPr>
            <w:proofErr w:type="spellStart"/>
            <w:r w:rsidRPr="007F4310">
              <w:rPr>
                <w:rFonts w:hint="eastAsia"/>
              </w:rPr>
              <w:t>Produto</w:t>
            </w:r>
            <w:proofErr w:type="spellEnd"/>
            <w:r w:rsidRPr="007F4310">
              <w:rPr>
                <w:rFonts w:hint="eastAsia"/>
              </w:rPr>
              <w:t xml:space="preserve"> A - </w:t>
            </w:r>
            <w:proofErr w:type="spellStart"/>
            <w:r w:rsidRPr="007F4310">
              <w:rPr>
                <w:rFonts w:hint="eastAsia"/>
              </w:rPr>
              <w:t>Categoria</w:t>
            </w:r>
            <w:proofErr w:type="spellEnd"/>
            <w:r w:rsidRPr="007F4310">
              <w:rPr>
                <w:rFonts w:hint="eastAsia"/>
              </w:rPr>
              <w:t xml:space="preserve"> Premium</w:t>
            </w:r>
          </w:p>
        </w:tc>
        <w:tc>
          <w:tcPr>
            <w:tcW w:w="2160" w:type="dxa"/>
          </w:tcPr>
          <w:p w14:paraId="37D770FD" w14:textId="74E66D14" w:rsidR="007F4310" w:rsidRDefault="007F4310" w:rsidP="007F431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156">
              <w:t>15</w:t>
            </w:r>
          </w:p>
        </w:tc>
        <w:tc>
          <w:tcPr>
            <w:tcW w:w="2160" w:type="dxa"/>
          </w:tcPr>
          <w:p w14:paraId="5F16606B" w14:textId="0991CC54" w:rsidR="007F4310" w:rsidRDefault="007F4310" w:rsidP="007F431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156">
              <w:t>45.00 €</w:t>
            </w:r>
          </w:p>
        </w:tc>
        <w:tc>
          <w:tcPr>
            <w:tcW w:w="2160" w:type="dxa"/>
          </w:tcPr>
          <w:p w14:paraId="787DBFC9" w14:textId="0F2274E3" w:rsidR="007F4310" w:rsidRDefault="007F4310" w:rsidP="007F431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156">
              <w:t>675.00 €</w:t>
            </w:r>
          </w:p>
        </w:tc>
      </w:tr>
      <w:tr w:rsidR="007F4310" w14:paraId="15575D3D" w14:textId="77777777" w:rsidTr="00D426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Align w:val="bottom"/>
          </w:tcPr>
          <w:p w14:paraId="5062AA1C" w14:textId="040D9FCF" w:rsidR="007F4310" w:rsidRPr="007F4310" w:rsidRDefault="007F4310" w:rsidP="007F4310">
            <w:pPr>
              <w:rPr>
                <w:lang w:val="pt-PT"/>
              </w:rPr>
            </w:pPr>
            <w:proofErr w:type="spellStart"/>
            <w:r w:rsidRPr="007F4310">
              <w:rPr>
                <w:rFonts w:hint="eastAsia"/>
              </w:rPr>
              <w:t>Produto</w:t>
            </w:r>
            <w:proofErr w:type="spellEnd"/>
            <w:r w:rsidRPr="007F4310">
              <w:rPr>
                <w:rFonts w:hint="eastAsia"/>
              </w:rPr>
              <w:t xml:space="preserve"> B - </w:t>
            </w:r>
            <w:proofErr w:type="spellStart"/>
            <w:r w:rsidRPr="007F4310">
              <w:rPr>
                <w:rFonts w:hint="eastAsia"/>
              </w:rPr>
              <w:t>Categoria</w:t>
            </w:r>
            <w:proofErr w:type="spellEnd"/>
            <w:r w:rsidRPr="007F4310">
              <w:rPr>
                <w:rFonts w:hint="eastAsia"/>
              </w:rPr>
              <w:t xml:space="preserve"> </w:t>
            </w:r>
            <w:proofErr w:type="spellStart"/>
            <w:r w:rsidRPr="007F4310">
              <w:rPr>
                <w:rFonts w:hint="eastAsia"/>
              </w:rPr>
              <w:t>Padrão</w:t>
            </w:r>
            <w:proofErr w:type="spellEnd"/>
          </w:p>
        </w:tc>
        <w:tc>
          <w:tcPr>
            <w:tcW w:w="2160" w:type="dxa"/>
          </w:tcPr>
          <w:p w14:paraId="7424E11D" w14:textId="4B76F685" w:rsidR="007F4310" w:rsidRDefault="007F4310" w:rsidP="007F431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156">
              <w:t>30</w:t>
            </w:r>
          </w:p>
        </w:tc>
        <w:tc>
          <w:tcPr>
            <w:tcW w:w="2160" w:type="dxa"/>
          </w:tcPr>
          <w:p w14:paraId="45DD19C9" w14:textId="71BEFD8E" w:rsidR="007F4310" w:rsidRDefault="007F4310" w:rsidP="007F431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156">
              <w:t>28.50 €</w:t>
            </w:r>
          </w:p>
        </w:tc>
        <w:tc>
          <w:tcPr>
            <w:tcW w:w="2160" w:type="dxa"/>
          </w:tcPr>
          <w:p w14:paraId="4E32FE6C" w14:textId="1CBECB8C" w:rsidR="007F4310" w:rsidRDefault="007F4310" w:rsidP="007F431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156">
              <w:t>855.00 €</w:t>
            </w:r>
          </w:p>
        </w:tc>
      </w:tr>
      <w:tr w:rsidR="007F4310" w14:paraId="42AB82E9" w14:textId="77777777" w:rsidTr="00D426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Align w:val="bottom"/>
          </w:tcPr>
          <w:p w14:paraId="53A0A521" w14:textId="55BB0A07" w:rsidR="007F4310" w:rsidRPr="007F4310" w:rsidRDefault="007F4310" w:rsidP="007F4310">
            <w:pPr>
              <w:rPr>
                <w:lang w:val="pt-PT"/>
              </w:rPr>
            </w:pPr>
            <w:proofErr w:type="spellStart"/>
            <w:r w:rsidRPr="007F4310">
              <w:rPr>
                <w:rFonts w:hint="eastAsia"/>
              </w:rPr>
              <w:t>Serviço</w:t>
            </w:r>
            <w:proofErr w:type="spellEnd"/>
            <w:r w:rsidRPr="007F4310">
              <w:rPr>
                <w:rFonts w:hint="eastAsia"/>
              </w:rPr>
              <w:t xml:space="preserve"> de </w:t>
            </w:r>
            <w:proofErr w:type="spellStart"/>
            <w:r w:rsidRPr="007F4310">
              <w:rPr>
                <w:rFonts w:hint="eastAsia"/>
              </w:rPr>
              <w:t>Instalação</w:t>
            </w:r>
            <w:proofErr w:type="spellEnd"/>
          </w:p>
        </w:tc>
        <w:tc>
          <w:tcPr>
            <w:tcW w:w="2160" w:type="dxa"/>
          </w:tcPr>
          <w:p w14:paraId="54EBD720" w14:textId="5BECCA59" w:rsidR="007F4310" w:rsidRDefault="007F4310" w:rsidP="007F431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156">
              <w:t>2</w:t>
            </w:r>
          </w:p>
        </w:tc>
        <w:tc>
          <w:tcPr>
            <w:tcW w:w="2160" w:type="dxa"/>
          </w:tcPr>
          <w:p w14:paraId="76A8D54B" w14:textId="0D55B60B" w:rsidR="007F4310" w:rsidRDefault="007F4310" w:rsidP="007F431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156">
              <w:t>125.00 €</w:t>
            </w:r>
          </w:p>
        </w:tc>
        <w:tc>
          <w:tcPr>
            <w:tcW w:w="2160" w:type="dxa"/>
          </w:tcPr>
          <w:p w14:paraId="460B82F3" w14:textId="1C7134E5" w:rsidR="007F4310" w:rsidRDefault="007F4310" w:rsidP="007F431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156">
              <w:t>250.00 €</w:t>
            </w:r>
          </w:p>
        </w:tc>
      </w:tr>
      <w:tr w:rsidR="007F4310" w14:paraId="76B278CA" w14:textId="77777777" w:rsidTr="00D426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Align w:val="bottom"/>
          </w:tcPr>
          <w:p w14:paraId="48CA0E4B" w14:textId="5C0A4374" w:rsidR="007F4310" w:rsidRPr="007F4310" w:rsidRDefault="007F4310" w:rsidP="007F4310">
            <w:pPr>
              <w:rPr>
                <w:lang w:val="pt-PT"/>
              </w:rPr>
            </w:pPr>
            <w:proofErr w:type="spellStart"/>
            <w:r w:rsidRPr="007F4310">
              <w:rPr>
                <w:rFonts w:hint="eastAsia"/>
              </w:rPr>
              <w:t>Garantia</w:t>
            </w:r>
            <w:proofErr w:type="spellEnd"/>
            <w:r w:rsidRPr="007F4310">
              <w:rPr>
                <w:rFonts w:hint="eastAsia"/>
              </w:rPr>
              <w:t xml:space="preserve"> </w:t>
            </w:r>
            <w:proofErr w:type="spellStart"/>
            <w:r w:rsidRPr="007F4310">
              <w:rPr>
                <w:rFonts w:hint="eastAsia"/>
              </w:rPr>
              <w:t>Estendida</w:t>
            </w:r>
            <w:proofErr w:type="spellEnd"/>
            <w:r w:rsidRPr="007F4310">
              <w:rPr>
                <w:rFonts w:hint="eastAsia"/>
              </w:rPr>
              <w:t xml:space="preserve"> (2 </w:t>
            </w:r>
            <w:proofErr w:type="spellStart"/>
            <w:r w:rsidRPr="007F4310">
              <w:rPr>
                <w:rFonts w:hint="eastAsia"/>
              </w:rPr>
              <w:t>anos</w:t>
            </w:r>
            <w:proofErr w:type="spellEnd"/>
            <w:r w:rsidRPr="007F4310">
              <w:rPr>
                <w:rFonts w:hint="eastAsia"/>
              </w:rPr>
              <w:t>)</w:t>
            </w:r>
          </w:p>
        </w:tc>
        <w:tc>
          <w:tcPr>
            <w:tcW w:w="2160" w:type="dxa"/>
          </w:tcPr>
          <w:p w14:paraId="0A93316F" w14:textId="2D9C7151" w:rsidR="007F4310" w:rsidRDefault="007F4310" w:rsidP="007F431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156">
              <w:t>1</w:t>
            </w:r>
          </w:p>
        </w:tc>
        <w:tc>
          <w:tcPr>
            <w:tcW w:w="2160" w:type="dxa"/>
          </w:tcPr>
          <w:p w14:paraId="4BDC2F2A" w14:textId="43546E68" w:rsidR="007F4310" w:rsidRDefault="007F4310" w:rsidP="007F431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156">
              <w:t>199.00 €</w:t>
            </w:r>
          </w:p>
        </w:tc>
        <w:tc>
          <w:tcPr>
            <w:tcW w:w="2160" w:type="dxa"/>
          </w:tcPr>
          <w:p w14:paraId="590A2ECE" w14:textId="70E0BD07" w:rsidR="007F4310" w:rsidRDefault="007F4310" w:rsidP="007F431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156">
              <w:t>199.00 €</w:t>
            </w:r>
          </w:p>
        </w:tc>
      </w:tr>
      <w:tr w:rsidR="007F4310" w14:paraId="21A30FBD" w14:textId="77777777" w:rsidTr="00D426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Align w:val="bottom"/>
          </w:tcPr>
          <w:p w14:paraId="37D0C310" w14:textId="47588EA3" w:rsidR="007F4310" w:rsidRPr="007F4310" w:rsidRDefault="007F4310" w:rsidP="007F4310">
            <w:proofErr w:type="spellStart"/>
            <w:r w:rsidRPr="007F4310">
              <w:rPr>
                <w:rFonts w:hint="eastAsia"/>
              </w:rPr>
              <w:t>Manutenção</w:t>
            </w:r>
            <w:proofErr w:type="spellEnd"/>
            <w:r w:rsidRPr="007F4310">
              <w:rPr>
                <w:rFonts w:hint="eastAsia"/>
              </w:rPr>
              <w:t xml:space="preserve"> Trimestral</w:t>
            </w:r>
          </w:p>
        </w:tc>
        <w:tc>
          <w:tcPr>
            <w:tcW w:w="2160" w:type="dxa"/>
          </w:tcPr>
          <w:p w14:paraId="5ED80305" w14:textId="10F87585" w:rsidR="007F4310" w:rsidRDefault="007F4310" w:rsidP="007F431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156">
              <w:t>4</w:t>
            </w:r>
          </w:p>
        </w:tc>
        <w:tc>
          <w:tcPr>
            <w:tcW w:w="2160" w:type="dxa"/>
          </w:tcPr>
          <w:p w14:paraId="1FF8B83A" w14:textId="58892CA0" w:rsidR="007F4310" w:rsidRDefault="007F4310" w:rsidP="007F431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156">
              <w:t>75.00 €</w:t>
            </w:r>
          </w:p>
        </w:tc>
        <w:tc>
          <w:tcPr>
            <w:tcW w:w="2160" w:type="dxa"/>
          </w:tcPr>
          <w:p w14:paraId="23C041A5" w14:textId="0F8F2051" w:rsidR="007F4310" w:rsidRDefault="007F4310" w:rsidP="007F431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156">
              <w:t>300.00 €</w:t>
            </w:r>
          </w:p>
        </w:tc>
      </w:tr>
    </w:tbl>
    <w:p w14:paraId="079F935D" w14:textId="77777777" w:rsidR="00B66370" w:rsidRDefault="00B66370"/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92F3A" w14:paraId="111C9841" w14:textId="77777777" w:rsidTr="002333EE">
        <w:tc>
          <w:tcPr>
            <w:tcW w:w="4320" w:type="dxa"/>
          </w:tcPr>
          <w:p w14:paraId="0FE51820" w14:textId="581D0115" w:rsidR="00192F3A" w:rsidRPr="00192F3A" w:rsidRDefault="00192F3A" w:rsidP="00192F3A">
            <w:pPr>
              <w:rPr>
                <w:b/>
                <w:bCs/>
                <w:sz w:val="24"/>
                <w:szCs w:val="24"/>
              </w:rPr>
            </w:pPr>
            <w:r w:rsidRPr="00192F3A">
              <w:rPr>
                <w:b/>
                <w:bCs/>
                <w:sz w:val="24"/>
                <w:szCs w:val="24"/>
              </w:rPr>
              <w:t>Subtotal: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DB4616" w14:textId="5CFA6AEB" w:rsidR="00192F3A" w:rsidRDefault="00192F3A" w:rsidP="00192F3A">
            <w:pPr>
              <w:jc w:val="right"/>
            </w:pPr>
            <w:r>
              <w:rPr>
                <w:rFonts w:hint="eastAsia"/>
                <w:color w:val="000000"/>
              </w:rPr>
              <w:t xml:space="preserve">2279.00 </w:t>
            </w:r>
            <w:r>
              <w:rPr>
                <w:rFonts w:hint="eastAsia"/>
                <w:color w:val="000000"/>
              </w:rPr>
              <w:t>€</w:t>
            </w:r>
          </w:p>
        </w:tc>
      </w:tr>
      <w:tr w:rsidR="00192F3A" w14:paraId="166002BA" w14:textId="77777777" w:rsidTr="002333EE">
        <w:tc>
          <w:tcPr>
            <w:tcW w:w="4320" w:type="dxa"/>
          </w:tcPr>
          <w:p w14:paraId="1109BC6C" w14:textId="28A9E97D" w:rsidR="00192F3A" w:rsidRPr="00192F3A" w:rsidRDefault="00192F3A" w:rsidP="00192F3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192F3A">
              <w:rPr>
                <w:b/>
                <w:bCs/>
                <w:sz w:val="24"/>
                <w:szCs w:val="24"/>
              </w:rPr>
              <w:t>Desconto</w:t>
            </w:r>
            <w:proofErr w:type="spellEnd"/>
            <w:r w:rsidRPr="00192F3A"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8E47A9" w14:textId="1497344D" w:rsidR="00192F3A" w:rsidRDefault="00192F3A" w:rsidP="00192F3A">
            <w:pPr>
              <w:jc w:val="right"/>
            </w:pPr>
            <w:r>
              <w:rPr>
                <w:rFonts w:hint="eastAsia"/>
                <w:color w:val="000000"/>
              </w:rPr>
              <w:t xml:space="preserve">113.95 </w:t>
            </w:r>
            <w:r>
              <w:rPr>
                <w:rFonts w:hint="eastAsia"/>
                <w:color w:val="000000"/>
              </w:rPr>
              <w:t>€</w:t>
            </w:r>
          </w:p>
        </w:tc>
      </w:tr>
      <w:tr w:rsidR="00192F3A" w14:paraId="772BD13B" w14:textId="77777777" w:rsidTr="002333EE">
        <w:tc>
          <w:tcPr>
            <w:tcW w:w="4320" w:type="dxa"/>
          </w:tcPr>
          <w:p w14:paraId="7C55555C" w14:textId="5A6E02AE" w:rsidR="00192F3A" w:rsidRPr="00192F3A" w:rsidRDefault="00192F3A" w:rsidP="00192F3A">
            <w:pPr>
              <w:rPr>
                <w:b/>
                <w:bCs/>
                <w:sz w:val="24"/>
                <w:szCs w:val="24"/>
                <w:lang w:val="pt-PT"/>
              </w:rPr>
            </w:pPr>
            <w:r w:rsidRPr="00192F3A">
              <w:rPr>
                <w:b/>
                <w:bCs/>
                <w:sz w:val="24"/>
                <w:szCs w:val="24"/>
                <w:lang w:val="pt-PT"/>
              </w:rPr>
              <w:t>Base de cálculo: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B8A8AC" w14:textId="25EA955F" w:rsidR="00192F3A" w:rsidRDefault="00192F3A" w:rsidP="00192F3A">
            <w:pPr>
              <w:jc w:val="right"/>
            </w:pPr>
            <w:r>
              <w:rPr>
                <w:rFonts w:hint="eastAsia"/>
                <w:color w:val="000000"/>
              </w:rPr>
              <w:t xml:space="preserve">2165.05 </w:t>
            </w:r>
            <w:r>
              <w:rPr>
                <w:rFonts w:hint="eastAsia"/>
                <w:color w:val="000000"/>
              </w:rPr>
              <w:t>€</w:t>
            </w:r>
          </w:p>
        </w:tc>
      </w:tr>
      <w:tr w:rsidR="00192F3A" w14:paraId="5CFDB5B1" w14:textId="77777777" w:rsidTr="002333EE">
        <w:tc>
          <w:tcPr>
            <w:tcW w:w="4320" w:type="dxa"/>
          </w:tcPr>
          <w:p w14:paraId="6706C349" w14:textId="77B892AE" w:rsidR="00192F3A" w:rsidRPr="00192F3A" w:rsidRDefault="00192F3A" w:rsidP="00192F3A">
            <w:pPr>
              <w:rPr>
                <w:b/>
                <w:bCs/>
                <w:sz w:val="24"/>
                <w:szCs w:val="24"/>
              </w:rPr>
            </w:pPr>
            <w:r w:rsidRPr="00192F3A">
              <w:rPr>
                <w:b/>
                <w:bCs/>
                <w:sz w:val="24"/>
                <w:szCs w:val="24"/>
              </w:rPr>
              <w:t>ISS (5%):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7EB54B" w14:textId="1665CBE6" w:rsidR="00192F3A" w:rsidRDefault="00192F3A" w:rsidP="00192F3A">
            <w:pPr>
              <w:jc w:val="right"/>
            </w:pPr>
            <w:r>
              <w:rPr>
                <w:rFonts w:hint="eastAsia"/>
                <w:color w:val="000000"/>
              </w:rPr>
              <w:t xml:space="preserve">454.66 </w:t>
            </w:r>
            <w:r>
              <w:rPr>
                <w:rFonts w:hint="eastAsia"/>
                <w:color w:val="000000"/>
              </w:rPr>
              <w:t>€</w:t>
            </w:r>
          </w:p>
        </w:tc>
      </w:tr>
      <w:tr w:rsidR="007F4310" w14:paraId="3041D6F6" w14:textId="77777777" w:rsidTr="007F4310">
        <w:tc>
          <w:tcPr>
            <w:tcW w:w="4320" w:type="dxa"/>
            <w:shd w:val="clear" w:color="auto" w:fill="B8CCE4" w:themeFill="accent1" w:themeFillTint="66"/>
          </w:tcPr>
          <w:p w14:paraId="0C303107" w14:textId="18EE63E2" w:rsidR="007F4310" w:rsidRDefault="00192F3A" w:rsidP="007F4310">
            <w:r w:rsidRPr="00192F3A">
              <w:rPr>
                <w:b/>
                <w:sz w:val="24"/>
              </w:rPr>
              <w:t xml:space="preserve">Total do </w:t>
            </w:r>
            <w:proofErr w:type="spellStart"/>
            <w:r w:rsidRPr="00192F3A">
              <w:rPr>
                <w:b/>
                <w:sz w:val="24"/>
              </w:rPr>
              <w:t>orçamento</w:t>
            </w:r>
            <w:proofErr w:type="spellEnd"/>
            <w:r w:rsidRPr="00192F3A">
              <w:rPr>
                <w:b/>
                <w:sz w:val="24"/>
              </w:rPr>
              <w:t>: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B8CCE4" w:themeFill="accent1" w:themeFillTint="66"/>
            <w:vAlign w:val="bottom"/>
          </w:tcPr>
          <w:p w14:paraId="2FD59856" w14:textId="3137FA38" w:rsidR="007F4310" w:rsidRDefault="007F4310" w:rsidP="007F4310">
            <w:pPr>
              <w:jc w:val="right"/>
            </w:pPr>
            <w:r>
              <w:rPr>
                <w:rFonts w:hint="eastAsia"/>
                <w:b/>
                <w:bCs/>
                <w:color w:val="203864"/>
              </w:rPr>
              <w:t xml:space="preserve">2619.71 </w:t>
            </w:r>
            <w:r>
              <w:rPr>
                <w:rFonts w:hint="eastAsia"/>
                <w:b/>
                <w:bCs/>
                <w:color w:val="203864"/>
              </w:rPr>
              <w:t>€</w:t>
            </w:r>
          </w:p>
        </w:tc>
      </w:tr>
    </w:tbl>
    <w:p w14:paraId="68E06C4A" w14:textId="77777777" w:rsidR="00B66370" w:rsidRDefault="00B66370"/>
    <w:p w14:paraId="04A73352" w14:textId="77777777" w:rsidR="00B66370" w:rsidRDefault="00B66370"/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B66370" w14:paraId="3318350F" w14:textId="77777777">
        <w:tc>
          <w:tcPr>
            <w:tcW w:w="4320" w:type="dxa"/>
          </w:tcPr>
          <w:p w14:paraId="1D687B80" w14:textId="18D9C1B8" w:rsidR="00B66370" w:rsidRDefault="008E7F0A">
            <w:pPr>
              <w:jc w:val="center"/>
            </w:pPr>
            <w:r>
              <w:br/>
            </w:r>
            <w:r>
              <w:br/>
            </w:r>
            <w:r>
              <w:br/>
              <w:t>_______________________</w:t>
            </w:r>
            <w:r>
              <w:br/>
            </w:r>
            <w:proofErr w:type="spellStart"/>
            <w:r>
              <w:t>Firma</w:t>
            </w:r>
            <w:proofErr w:type="spellEnd"/>
            <w:r>
              <w:t xml:space="preserve"> d</w:t>
            </w:r>
            <w:r w:rsidR="00192F3A">
              <w:t>o</w:t>
            </w:r>
            <w:r>
              <w:t xml:space="preserve"> </w:t>
            </w:r>
            <w:proofErr w:type="spellStart"/>
            <w:r>
              <w:t>Emi</w:t>
            </w:r>
            <w:r w:rsidR="00192F3A">
              <w:t>s</w:t>
            </w:r>
            <w:r>
              <w:t>sor</w:t>
            </w:r>
            <w:proofErr w:type="spellEnd"/>
          </w:p>
        </w:tc>
        <w:tc>
          <w:tcPr>
            <w:tcW w:w="4320" w:type="dxa"/>
          </w:tcPr>
          <w:p w14:paraId="4C56A581" w14:textId="36B91814" w:rsidR="00B66370" w:rsidRDefault="008E7F0A">
            <w:pPr>
              <w:jc w:val="center"/>
            </w:pPr>
            <w:r>
              <w:br/>
            </w:r>
            <w:r>
              <w:br/>
            </w:r>
            <w:r>
              <w:br/>
              <w:t>_______________________</w:t>
            </w:r>
            <w:r>
              <w:br/>
            </w:r>
            <w:proofErr w:type="spellStart"/>
            <w:r>
              <w:t>Firma</w:t>
            </w:r>
            <w:proofErr w:type="spellEnd"/>
            <w:r>
              <w:t xml:space="preserve"> d</w:t>
            </w:r>
            <w:r w:rsidR="00192F3A">
              <w:t>o</w:t>
            </w:r>
            <w:r>
              <w:t xml:space="preserve"> </w:t>
            </w:r>
            <w:proofErr w:type="spellStart"/>
            <w:r>
              <w:t>Cliente</w:t>
            </w:r>
            <w:proofErr w:type="spellEnd"/>
          </w:p>
        </w:tc>
      </w:tr>
    </w:tbl>
    <w:p w14:paraId="42B84934" w14:textId="77777777" w:rsidR="008E7F0A" w:rsidRDefault="008E7F0A"/>
    <w:sectPr w:rsidR="008E7F0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301F2" w14:textId="77777777" w:rsidR="008E7F0A" w:rsidRDefault="008E7F0A" w:rsidP="007F4310">
      <w:pPr>
        <w:spacing w:after="0" w:line="240" w:lineRule="auto"/>
      </w:pPr>
      <w:r>
        <w:separator/>
      </w:r>
    </w:p>
  </w:endnote>
  <w:endnote w:type="continuationSeparator" w:id="0">
    <w:p w14:paraId="04FE2066" w14:textId="77777777" w:rsidR="008E7F0A" w:rsidRDefault="008E7F0A" w:rsidP="007F4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4296FB" w14:textId="77777777" w:rsidR="008E7F0A" w:rsidRDefault="008E7F0A" w:rsidP="007F4310">
      <w:pPr>
        <w:spacing w:after="0" w:line="240" w:lineRule="auto"/>
      </w:pPr>
      <w:r>
        <w:separator/>
      </w:r>
    </w:p>
  </w:footnote>
  <w:footnote w:type="continuationSeparator" w:id="0">
    <w:p w14:paraId="6D59651F" w14:textId="77777777" w:rsidR="008E7F0A" w:rsidRDefault="008E7F0A" w:rsidP="007F4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92F3A"/>
    <w:rsid w:val="0029639D"/>
    <w:rsid w:val="00326F90"/>
    <w:rsid w:val="007F4310"/>
    <w:rsid w:val="008E7F0A"/>
    <w:rsid w:val="00AA1D8D"/>
    <w:rsid w:val="00B47730"/>
    <w:rsid w:val="00B6637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B4D51B5"/>
  <w14:defaultImageDpi w14:val="300"/>
  <w15:docId w15:val="{08A24BFC-E780-4772-8A02-CDF37E400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黄斯漫simanhuang</cp:lastModifiedBy>
  <cp:revision>2</cp:revision>
  <dcterms:created xsi:type="dcterms:W3CDTF">2026-03-04T10:16:00Z</dcterms:created>
  <dcterms:modified xsi:type="dcterms:W3CDTF">2026-03-04T10:16:00Z</dcterms:modified>
  <cp:category/>
</cp:coreProperties>
</file>