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00650" w14:textId="77777777" w:rsidR="00770259" w:rsidRDefault="00770259" w:rsidP="00770259">
      <w:pPr>
        <w:ind w:firstLineChars="150" w:firstLine="542"/>
        <w:rPr>
          <w:b/>
          <w:color w:val="4472C4"/>
          <w:sz w:val="36"/>
        </w:rPr>
      </w:pPr>
      <w:proofErr w:type="spellStart"/>
      <w:r w:rsidRPr="00A85916">
        <w:rPr>
          <w:b/>
          <w:color w:val="4472C4"/>
          <w:sz w:val="36"/>
        </w:rPr>
        <w:t>ORÇAMENTO</w:t>
      </w:r>
      <w:proofErr w:type="spellEnd"/>
      <w:r w:rsidRPr="00A85916">
        <w:rPr>
          <w:b/>
          <w:color w:val="4472C4"/>
          <w:sz w:val="36"/>
        </w:rPr>
        <w:t xml:space="preserve"> PARA </w:t>
      </w:r>
      <w:proofErr w:type="spellStart"/>
      <w:r w:rsidRPr="00A85916">
        <w:rPr>
          <w:b/>
          <w:color w:val="4472C4"/>
          <w:sz w:val="36"/>
        </w:rPr>
        <w:t>CONSTRUÇÃO</w:t>
      </w:r>
      <w:proofErr w:type="spellEnd"/>
      <w:r w:rsidRPr="00A85916">
        <w:rPr>
          <w:b/>
          <w:color w:val="4472C4"/>
          <w:sz w:val="36"/>
        </w:rPr>
        <w:t>/</w:t>
      </w:r>
      <w:proofErr w:type="spellStart"/>
      <w:r w:rsidRPr="00A85916">
        <w:rPr>
          <w:b/>
          <w:color w:val="4472C4"/>
          <w:sz w:val="36"/>
        </w:rPr>
        <w:t>REFORMA</w:t>
      </w:r>
      <w:proofErr w:type="spellEnd"/>
    </w:p>
    <w:p w14:paraId="60E2F921" w14:textId="77777777" w:rsidR="00DD3710" w:rsidRDefault="00DD3710"/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10"/>
        <w:gridCol w:w="4310"/>
      </w:tblGrid>
      <w:tr w:rsidR="00E634FF" w14:paraId="7B298229" w14:textId="77777777" w:rsidTr="00E634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3746A263" w14:textId="7301CC98" w:rsidR="00E634FF" w:rsidRDefault="00DD3710">
            <w:bookmarkStart w:id="0" w:name="_Hlk223539734"/>
            <w:r w:rsidRPr="00DD3710">
              <w:t xml:space="preserve">DADOS DO </w:t>
            </w:r>
            <w:proofErr w:type="spellStart"/>
            <w:r w:rsidRPr="00DD3710">
              <w:t>EMISSOR</w:t>
            </w:r>
            <w:proofErr w:type="spellEnd"/>
            <w:r w:rsidRPr="00DD3710">
              <w:t> </w:t>
            </w:r>
          </w:p>
        </w:tc>
        <w:tc>
          <w:tcPr>
            <w:tcW w:w="4320" w:type="dxa"/>
          </w:tcPr>
          <w:p w14:paraId="2BD08FCD" w14:textId="30FEB6A4" w:rsidR="00E634FF" w:rsidRDefault="00DD37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D3710">
              <w:t xml:space="preserve">DADOS DO </w:t>
            </w:r>
            <w:proofErr w:type="spellStart"/>
            <w:r w:rsidRPr="00DD3710">
              <w:t>CLIENTE</w:t>
            </w:r>
            <w:proofErr w:type="spellEnd"/>
          </w:p>
        </w:tc>
      </w:tr>
      <w:tr w:rsidR="00E634FF" w:rsidRPr="00770259" w14:paraId="448E2DA6" w14:textId="77777777" w:rsidTr="00E63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0A15AD3F" w14:textId="0F703FD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[Nome da Empresa]</w:t>
            </w:r>
          </w:p>
          <w:p w14:paraId="7CA3F6B1" w14:textId="604D37AD" w:rsidR="00DD3710" w:rsidRDefault="00DD3710" w:rsidP="00DD3710">
            <w:pPr>
              <w:rPr>
                <w:b w:val="0"/>
                <w:bCs w:val="0"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0D5DC044" w14:textId="4F86B423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393BD5F8" w14:textId="77777777" w:rsidR="00DD3710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0273652C" w14:textId="478C53B3" w:rsidR="00E634FF" w:rsidRPr="00DD3710" w:rsidRDefault="00DD3710" w:rsidP="00DD3710">
            <w:pPr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  <w:tc>
          <w:tcPr>
            <w:tcW w:w="4320" w:type="dxa"/>
          </w:tcPr>
          <w:p w14:paraId="3EA230E8" w14:textId="1DF097F2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[Nome d</w:t>
            </w:r>
            <w:r>
              <w:rPr>
                <w:lang w:val="pt-PT"/>
              </w:rPr>
              <w:t>o</w:t>
            </w:r>
            <w:r w:rsidRPr="00DD3710">
              <w:rPr>
                <w:lang w:val="pt-PT"/>
              </w:rPr>
              <w:t xml:space="preserve"> </w:t>
            </w:r>
            <w:r>
              <w:rPr>
                <w:lang w:val="pt-PT"/>
              </w:rPr>
              <w:t>Cliente</w:t>
            </w:r>
            <w:r w:rsidRPr="00DD3710">
              <w:rPr>
                <w:lang w:val="pt-PT"/>
              </w:rPr>
              <w:t>]</w:t>
            </w:r>
          </w:p>
          <w:p w14:paraId="6F3B18E8" w14:textId="77777777" w:rsid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Theme="majorEastAsia" w:hAnsiTheme="majorHAnsi" w:cstheme="majorBidi"/>
                <w:b/>
                <w:bCs/>
                <w:lang w:val="pt-PT"/>
              </w:rPr>
            </w:pPr>
            <w:proofErr w:type="spellStart"/>
            <w:r w:rsidRPr="00DD3710">
              <w:rPr>
                <w:lang w:val="pt-PT"/>
              </w:rPr>
              <w:t>CNPJ</w:t>
            </w:r>
            <w:proofErr w:type="spellEnd"/>
            <w:r w:rsidRPr="00DD3710">
              <w:rPr>
                <w:lang w:val="pt-PT"/>
              </w:rPr>
              <w:t>/CPF: [Número]</w:t>
            </w:r>
          </w:p>
          <w:p w14:paraId="49377A4F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Endereço: [Endereço]</w:t>
            </w:r>
          </w:p>
          <w:p w14:paraId="705C169E" w14:textId="77777777" w:rsidR="00DD3710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Telefone: [Telefone]</w:t>
            </w:r>
          </w:p>
          <w:p w14:paraId="1FFCE948" w14:textId="17DC9726" w:rsidR="00E634FF" w:rsidRPr="00DD3710" w:rsidRDefault="00DD3710" w:rsidP="00DD37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pt-PT"/>
              </w:rPr>
            </w:pPr>
            <w:r w:rsidRPr="00DD3710">
              <w:rPr>
                <w:lang w:val="pt-PT"/>
              </w:rPr>
              <w:t>Email: [</w:t>
            </w:r>
            <w:proofErr w:type="spellStart"/>
            <w:r w:rsidRPr="00DD3710">
              <w:rPr>
                <w:lang w:val="pt-PT"/>
              </w:rPr>
              <w:t>email@ejemplo.com</w:t>
            </w:r>
            <w:proofErr w:type="spellEnd"/>
            <w:r w:rsidRPr="00DD3710">
              <w:rPr>
                <w:lang w:val="pt-PT"/>
              </w:rPr>
              <w:t>]</w:t>
            </w:r>
          </w:p>
        </w:tc>
      </w:tr>
    </w:tbl>
    <w:p w14:paraId="1D7A1685" w14:textId="77777777" w:rsidR="00E634FF" w:rsidRPr="00DD3710" w:rsidRDefault="00E634FF">
      <w:pPr>
        <w:rPr>
          <w:lang w:val="pt-PT"/>
        </w:rPr>
      </w:pPr>
    </w:p>
    <w:p w14:paraId="6FBE9E4A" w14:textId="3BD4CC15" w:rsidR="00E634FF" w:rsidRPr="00DD3710" w:rsidRDefault="00DD3710">
      <w:pPr>
        <w:rPr>
          <w:lang w:val="pt-PT"/>
        </w:rPr>
      </w:pPr>
      <w:r w:rsidRPr="00DD3710">
        <w:rPr>
          <w:b/>
          <w:lang w:val="pt-PT"/>
        </w:rPr>
        <w:t>Data do orçamento:</w:t>
      </w:r>
      <w:r w:rsidR="00571CA9" w:rsidRPr="00DD3710">
        <w:rPr>
          <w:b/>
          <w:lang w:val="pt-PT"/>
        </w:rPr>
        <w:t xml:space="preserve"> </w:t>
      </w:r>
      <w:proofErr w:type="gramStart"/>
      <w:r w:rsidR="00571CA9" w:rsidRPr="00DD3710">
        <w:rPr>
          <w:lang w:val="pt-PT"/>
        </w:rPr>
        <w:t xml:space="preserve">29/01/2026    </w:t>
      </w:r>
      <w:r w:rsidR="00571CA9" w:rsidRPr="00DD3710">
        <w:rPr>
          <w:b/>
          <w:lang w:val="pt-PT"/>
        </w:rPr>
        <w:t>Valid</w:t>
      </w:r>
      <w:r>
        <w:rPr>
          <w:b/>
          <w:lang w:val="pt-PT"/>
        </w:rPr>
        <w:t>ade</w:t>
      </w:r>
      <w:proofErr w:type="gramEnd"/>
      <w:r w:rsidR="00571CA9" w:rsidRPr="00DD3710">
        <w:rPr>
          <w:b/>
          <w:lang w:val="pt-PT"/>
        </w:rPr>
        <w:t xml:space="preserve">: </w:t>
      </w:r>
      <w:r w:rsidR="00571CA9" w:rsidRPr="00DD3710">
        <w:rPr>
          <w:lang w:val="pt-PT"/>
        </w:rPr>
        <w:t>30 d</w:t>
      </w:r>
      <w:r>
        <w:rPr>
          <w:lang w:val="pt-PT"/>
        </w:rPr>
        <w:t>i</w:t>
      </w:r>
      <w:r w:rsidR="00571CA9" w:rsidRPr="00DD3710">
        <w:rPr>
          <w:lang w:val="pt-PT"/>
        </w:rPr>
        <w:t>as</w:t>
      </w:r>
    </w:p>
    <w:bookmarkEnd w:id="0"/>
    <w:p w14:paraId="7ECB8300" w14:textId="77777777" w:rsidR="00E634FF" w:rsidRPr="00DD3710" w:rsidRDefault="00E634FF">
      <w:pPr>
        <w:rPr>
          <w:lang w:val="pt-PT"/>
        </w:rPr>
      </w:pPr>
    </w:p>
    <w:tbl>
      <w:tblPr>
        <w:tblStyle w:val="3-1"/>
        <w:tblW w:w="0" w:type="auto"/>
        <w:tblLook w:val="04A0" w:firstRow="1" w:lastRow="0" w:firstColumn="1" w:lastColumn="0" w:noHBand="0" w:noVBand="1"/>
      </w:tblPr>
      <w:tblGrid>
        <w:gridCol w:w="2159"/>
        <w:gridCol w:w="2155"/>
        <w:gridCol w:w="2153"/>
        <w:gridCol w:w="2153"/>
      </w:tblGrid>
      <w:tr w:rsidR="00DD3710" w14:paraId="32AB8EEC" w14:textId="77777777" w:rsidTr="00E634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06D9C98" w14:textId="069F4ADD" w:rsidR="00DD3710" w:rsidRDefault="00DD3710" w:rsidP="00DD3710">
            <w:pPr>
              <w:jc w:val="center"/>
            </w:pPr>
            <w:proofErr w:type="spellStart"/>
            <w:r w:rsidRPr="002A4085">
              <w:t>DESCRIÇÃO</w:t>
            </w:r>
            <w:proofErr w:type="spellEnd"/>
          </w:p>
        </w:tc>
        <w:tc>
          <w:tcPr>
            <w:tcW w:w="2160" w:type="dxa"/>
          </w:tcPr>
          <w:p w14:paraId="681D6E53" w14:textId="47F8AEF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UNIDADES</w:t>
            </w:r>
            <w:proofErr w:type="spellEnd"/>
          </w:p>
        </w:tc>
        <w:tc>
          <w:tcPr>
            <w:tcW w:w="2160" w:type="dxa"/>
          </w:tcPr>
          <w:p w14:paraId="4C1E50B3" w14:textId="0085A82F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2A4085">
              <w:t>PREÇO</w:t>
            </w:r>
            <w:proofErr w:type="spellEnd"/>
          </w:p>
        </w:tc>
        <w:tc>
          <w:tcPr>
            <w:tcW w:w="2160" w:type="dxa"/>
          </w:tcPr>
          <w:p w14:paraId="420AC81B" w14:textId="4AF6FDDD" w:rsidR="00DD3710" w:rsidRDefault="00DD3710" w:rsidP="00DD37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2A4085">
              <w:t>TOTAL</w:t>
            </w:r>
          </w:p>
        </w:tc>
      </w:tr>
      <w:tr w:rsidR="005905C7" w14:paraId="5A5F44E0" w14:textId="77777777" w:rsidTr="00E63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A96C8C6" w14:textId="755DF3B8" w:rsidR="005905C7" w:rsidRPr="00DD3710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Consultoria estratégica (10 horas)</w:t>
            </w:r>
          </w:p>
        </w:tc>
        <w:tc>
          <w:tcPr>
            <w:tcW w:w="2160" w:type="dxa"/>
          </w:tcPr>
          <w:p w14:paraId="05A15A5B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</w:t>
            </w:r>
          </w:p>
        </w:tc>
        <w:tc>
          <w:tcPr>
            <w:tcW w:w="2160" w:type="dxa"/>
          </w:tcPr>
          <w:p w14:paraId="1A140371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75.00 €</w:t>
            </w:r>
          </w:p>
        </w:tc>
        <w:tc>
          <w:tcPr>
            <w:tcW w:w="2160" w:type="dxa"/>
          </w:tcPr>
          <w:p w14:paraId="0CD4CA3D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750.00 €</w:t>
            </w:r>
          </w:p>
        </w:tc>
      </w:tr>
      <w:tr w:rsidR="005905C7" w14:paraId="718D38DF" w14:textId="77777777" w:rsidTr="00E634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3E2207E" w14:textId="4F64091F" w:rsidR="005905C7" w:rsidRPr="005905C7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 xml:space="preserve">Design gráfico e </w:t>
            </w:r>
            <w:proofErr w:type="spellStart"/>
            <w:r w:rsidRPr="005905C7">
              <w:rPr>
                <w:lang w:val="pt-PT"/>
              </w:rPr>
              <w:t>branding</w:t>
            </w:r>
            <w:proofErr w:type="spellEnd"/>
          </w:p>
        </w:tc>
        <w:tc>
          <w:tcPr>
            <w:tcW w:w="2160" w:type="dxa"/>
          </w:tcPr>
          <w:p w14:paraId="65053074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</w:tcPr>
          <w:p w14:paraId="1320B234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450.00 €</w:t>
            </w:r>
          </w:p>
        </w:tc>
        <w:tc>
          <w:tcPr>
            <w:tcW w:w="2160" w:type="dxa"/>
          </w:tcPr>
          <w:p w14:paraId="6861231F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450.00 €</w:t>
            </w:r>
          </w:p>
        </w:tc>
      </w:tr>
      <w:tr w:rsidR="005905C7" w14:paraId="0A921ED2" w14:textId="77777777" w:rsidTr="00E63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1CBB055" w14:textId="729532AC" w:rsidR="005905C7" w:rsidRDefault="005905C7" w:rsidP="005905C7">
            <w:proofErr w:type="spellStart"/>
            <w:r w:rsidRPr="00170DF0">
              <w:t>Desenvolvimento</w:t>
            </w:r>
            <w:proofErr w:type="spellEnd"/>
            <w:r w:rsidRPr="00170DF0">
              <w:t xml:space="preserve"> web </w:t>
            </w:r>
            <w:proofErr w:type="spellStart"/>
            <w:r w:rsidRPr="00170DF0">
              <w:t>responsivo</w:t>
            </w:r>
            <w:proofErr w:type="spellEnd"/>
          </w:p>
        </w:tc>
        <w:tc>
          <w:tcPr>
            <w:tcW w:w="2160" w:type="dxa"/>
          </w:tcPr>
          <w:p w14:paraId="0E388752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</w:tcPr>
          <w:p w14:paraId="29AC117C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1200.00 €</w:t>
            </w:r>
          </w:p>
        </w:tc>
        <w:tc>
          <w:tcPr>
            <w:tcW w:w="2160" w:type="dxa"/>
          </w:tcPr>
          <w:p w14:paraId="49277A78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1200.00 €</w:t>
            </w:r>
          </w:p>
        </w:tc>
      </w:tr>
      <w:tr w:rsidR="005905C7" w14:paraId="7221EC86" w14:textId="77777777" w:rsidTr="00E634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2B50DDF" w14:textId="22E09695" w:rsidR="005905C7" w:rsidRPr="00DD3710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Gestão de redes sociais (1 mês)</w:t>
            </w:r>
          </w:p>
        </w:tc>
        <w:tc>
          <w:tcPr>
            <w:tcW w:w="2160" w:type="dxa"/>
          </w:tcPr>
          <w:p w14:paraId="16E1E49A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</w:p>
        </w:tc>
        <w:tc>
          <w:tcPr>
            <w:tcW w:w="2160" w:type="dxa"/>
          </w:tcPr>
          <w:p w14:paraId="730BB172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350.00 €</w:t>
            </w:r>
          </w:p>
        </w:tc>
        <w:tc>
          <w:tcPr>
            <w:tcW w:w="2160" w:type="dxa"/>
          </w:tcPr>
          <w:p w14:paraId="22A369E3" w14:textId="77777777" w:rsidR="005905C7" w:rsidRDefault="005905C7" w:rsidP="005905C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350.00 €</w:t>
            </w:r>
          </w:p>
        </w:tc>
      </w:tr>
      <w:tr w:rsidR="005905C7" w14:paraId="1B737911" w14:textId="77777777" w:rsidTr="00E634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A7BC053" w14:textId="48B2D22C" w:rsidR="005905C7" w:rsidRPr="00DD3710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Redação de conteúdo SEO</w:t>
            </w:r>
          </w:p>
        </w:tc>
        <w:tc>
          <w:tcPr>
            <w:tcW w:w="2160" w:type="dxa"/>
          </w:tcPr>
          <w:p w14:paraId="188DFC82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</w:t>
            </w:r>
          </w:p>
        </w:tc>
        <w:tc>
          <w:tcPr>
            <w:tcW w:w="2160" w:type="dxa"/>
          </w:tcPr>
          <w:p w14:paraId="1A1CBE3A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80.00 €</w:t>
            </w:r>
          </w:p>
        </w:tc>
        <w:tc>
          <w:tcPr>
            <w:tcW w:w="2160" w:type="dxa"/>
          </w:tcPr>
          <w:p w14:paraId="5BBA76FC" w14:textId="77777777" w:rsidR="005905C7" w:rsidRDefault="005905C7" w:rsidP="005905C7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400.00 €</w:t>
            </w:r>
          </w:p>
        </w:tc>
      </w:tr>
    </w:tbl>
    <w:p w14:paraId="37F83AA6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5905C7" w14:paraId="18A6CB16" w14:textId="77777777">
        <w:tc>
          <w:tcPr>
            <w:tcW w:w="4320" w:type="dxa"/>
          </w:tcPr>
          <w:p w14:paraId="48EEB1FE" w14:textId="3A230692" w:rsidR="005905C7" w:rsidRDefault="005905C7" w:rsidP="005905C7">
            <w:r w:rsidRPr="003F41FD">
              <w:t>Subtotal:</w:t>
            </w:r>
          </w:p>
        </w:tc>
        <w:tc>
          <w:tcPr>
            <w:tcW w:w="4320" w:type="dxa"/>
          </w:tcPr>
          <w:p w14:paraId="082F4640" w14:textId="77777777" w:rsidR="005905C7" w:rsidRDefault="005905C7" w:rsidP="005905C7">
            <w:pPr>
              <w:jc w:val="right"/>
            </w:pPr>
            <w:r>
              <w:t>3150.00 €</w:t>
            </w:r>
          </w:p>
        </w:tc>
      </w:tr>
      <w:tr w:rsidR="005905C7" w14:paraId="3316E8E9" w14:textId="77777777">
        <w:tc>
          <w:tcPr>
            <w:tcW w:w="4320" w:type="dxa"/>
          </w:tcPr>
          <w:p w14:paraId="51C9C98E" w14:textId="1B1C13FB" w:rsidR="005905C7" w:rsidRDefault="005905C7" w:rsidP="005905C7">
            <w:proofErr w:type="spellStart"/>
            <w:r w:rsidRPr="003F41FD">
              <w:t>Desconto</w:t>
            </w:r>
            <w:proofErr w:type="spellEnd"/>
            <w:r w:rsidRPr="003F41FD">
              <w:t>:</w:t>
            </w:r>
          </w:p>
        </w:tc>
        <w:tc>
          <w:tcPr>
            <w:tcW w:w="4320" w:type="dxa"/>
          </w:tcPr>
          <w:p w14:paraId="45464020" w14:textId="77777777" w:rsidR="005905C7" w:rsidRDefault="005905C7" w:rsidP="005905C7">
            <w:pPr>
              <w:jc w:val="right"/>
            </w:pPr>
            <w:r>
              <w:t>157.50 €</w:t>
            </w:r>
          </w:p>
        </w:tc>
      </w:tr>
      <w:tr w:rsidR="005905C7" w14:paraId="05B01841" w14:textId="77777777">
        <w:tc>
          <w:tcPr>
            <w:tcW w:w="4320" w:type="dxa"/>
          </w:tcPr>
          <w:p w14:paraId="10F211F5" w14:textId="28DCEC56" w:rsidR="005905C7" w:rsidRPr="005905C7" w:rsidRDefault="005905C7" w:rsidP="005905C7">
            <w:pPr>
              <w:rPr>
                <w:lang w:val="pt-PT"/>
              </w:rPr>
            </w:pPr>
            <w:r w:rsidRPr="005905C7">
              <w:rPr>
                <w:lang w:val="pt-PT"/>
              </w:rPr>
              <w:t>Base de cálculo:</w:t>
            </w:r>
          </w:p>
        </w:tc>
        <w:tc>
          <w:tcPr>
            <w:tcW w:w="4320" w:type="dxa"/>
          </w:tcPr>
          <w:p w14:paraId="31A79947" w14:textId="77777777" w:rsidR="005905C7" w:rsidRDefault="005905C7" w:rsidP="005905C7">
            <w:pPr>
              <w:jc w:val="right"/>
            </w:pPr>
            <w:r>
              <w:t>2992.50 €</w:t>
            </w:r>
          </w:p>
        </w:tc>
      </w:tr>
      <w:tr w:rsidR="005905C7" w14:paraId="6C0DA7F8" w14:textId="77777777">
        <w:tc>
          <w:tcPr>
            <w:tcW w:w="4320" w:type="dxa"/>
          </w:tcPr>
          <w:p w14:paraId="4F9F38D3" w14:textId="0945AB03" w:rsidR="005905C7" w:rsidRDefault="005905C7" w:rsidP="005905C7">
            <w:r w:rsidRPr="003F41FD">
              <w:t>ISS (5%):</w:t>
            </w:r>
          </w:p>
        </w:tc>
        <w:tc>
          <w:tcPr>
            <w:tcW w:w="4320" w:type="dxa"/>
          </w:tcPr>
          <w:p w14:paraId="2A53CDDF" w14:textId="05EDE66C" w:rsidR="005905C7" w:rsidRDefault="005905C7" w:rsidP="005905C7">
            <w:pPr>
              <w:jc w:val="right"/>
            </w:pPr>
            <w:r>
              <w:t>149.63 €</w:t>
            </w:r>
          </w:p>
        </w:tc>
      </w:tr>
      <w:tr w:rsidR="005905C7" w14:paraId="1E6C8565" w14:textId="77777777">
        <w:tc>
          <w:tcPr>
            <w:tcW w:w="4320" w:type="dxa"/>
          </w:tcPr>
          <w:p w14:paraId="62F1CBA1" w14:textId="2E01230A" w:rsidR="005905C7" w:rsidRDefault="005905C7" w:rsidP="005905C7">
            <w:r w:rsidRPr="003F41FD">
              <w:t xml:space="preserve">Total do </w:t>
            </w:r>
            <w:proofErr w:type="spellStart"/>
            <w:r w:rsidRPr="003F41FD">
              <w:t>orçamento</w:t>
            </w:r>
            <w:proofErr w:type="spellEnd"/>
            <w:r w:rsidRPr="003F41FD">
              <w:t>:</w:t>
            </w:r>
          </w:p>
        </w:tc>
        <w:tc>
          <w:tcPr>
            <w:tcW w:w="4320" w:type="dxa"/>
          </w:tcPr>
          <w:p w14:paraId="711DC71D" w14:textId="527CE54C" w:rsidR="005905C7" w:rsidRDefault="005905C7" w:rsidP="005905C7">
            <w:pPr>
              <w:jc w:val="right"/>
            </w:pPr>
            <w:r>
              <w:rPr>
                <w:b/>
                <w:sz w:val="24"/>
              </w:rPr>
              <w:t>3142.13 €</w:t>
            </w:r>
          </w:p>
        </w:tc>
      </w:tr>
    </w:tbl>
    <w:p w14:paraId="44462FDC" w14:textId="77777777" w:rsidR="00E634FF" w:rsidRDefault="00E634FF"/>
    <w:p w14:paraId="53A6DF4A" w14:textId="77777777" w:rsidR="00E634FF" w:rsidRDefault="00E634FF"/>
    <w:tbl>
      <w:tblPr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E634FF" w14:paraId="1B1E2C9C" w14:textId="77777777">
        <w:tc>
          <w:tcPr>
            <w:tcW w:w="4320" w:type="dxa"/>
          </w:tcPr>
          <w:p w14:paraId="43D107F4" w14:textId="2669FEBA" w:rsidR="00E634FF" w:rsidRDefault="00571CA9">
            <w:pPr>
              <w:jc w:val="center"/>
            </w:pPr>
            <w:r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 w:rsidR="005905C7" w:rsidRPr="005905C7">
              <w:t>Firma</w:t>
            </w:r>
            <w:proofErr w:type="spellEnd"/>
            <w:r w:rsidR="005905C7" w:rsidRPr="005905C7">
              <w:t xml:space="preserve"> do </w:t>
            </w:r>
            <w:proofErr w:type="spellStart"/>
            <w:r w:rsidR="005905C7" w:rsidRPr="005905C7">
              <w:t>Emitente</w:t>
            </w:r>
            <w:proofErr w:type="spellEnd"/>
          </w:p>
        </w:tc>
        <w:tc>
          <w:tcPr>
            <w:tcW w:w="4320" w:type="dxa"/>
          </w:tcPr>
          <w:p w14:paraId="452AEEF6" w14:textId="349D42FD" w:rsidR="00E634FF" w:rsidRDefault="00571CA9">
            <w:pPr>
              <w:jc w:val="center"/>
            </w:pPr>
            <w:r>
              <w:lastRenderedPageBreak/>
              <w:br/>
            </w:r>
            <w:r>
              <w:br/>
            </w:r>
            <w:r>
              <w:br/>
            </w:r>
            <w:r>
              <w:lastRenderedPageBreak/>
              <w:t>_______________________</w:t>
            </w:r>
            <w:r>
              <w:br/>
            </w:r>
            <w:proofErr w:type="spellStart"/>
            <w:r>
              <w:t>Firma</w:t>
            </w:r>
            <w:proofErr w:type="spellEnd"/>
            <w:r>
              <w:t xml:space="preserve"> d</w:t>
            </w:r>
            <w:r w:rsidR="005905C7">
              <w:t>o</w:t>
            </w:r>
            <w:r>
              <w:t xml:space="preserve"> </w:t>
            </w:r>
            <w:proofErr w:type="spellStart"/>
            <w:r>
              <w:t>Cliente</w:t>
            </w:r>
            <w:proofErr w:type="spellEnd"/>
          </w:p>
        </w:tc>
      </w:tr>
    </w:tbl>
    <w:p w14:paraId="6FA21CF5" w14:textId="77777777" w:rsidR="00571CA9" w:rsidRDefault="00571CA9"/>
    <w:sectPr w:rsidR="00571CA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4CE32" w14:textId="77777777" w:rsidR="00913FDE" w:rsidRDefault="00913FDE" w:rsidP="00DD3710">
      <w:pPr>
        <w:spacing w:after="0" w:line="240" w:lineRule="auto"/>
      </w:pPr>
      <w:r>
        <w:separator/>
      </w:r>
    </w:p>
  </w:endnote>
  <w:endnote w:type="continuationSeparator" w:id="0">
    <w:p w14:paraId="5B4EA3E0" w14:textId="77777777" w:rsidR="00913FDE" w:rsidRDefault="00913FDE" w:rsidP="00DD3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1D012A" w14:textId="77777777" w:rsidR="00913FDE" w:rsidRDefault="00913FDE" w:rsidP="00DD3710">
      <w:pPr>
        <w:spacing w:after="0" w:line="240" w:lineRule="auto"/>
      </w:pPr>
      <w:r>
        <w:separator/>
      </w:r>
    </w:p>
  </w:footnote>
  <w:footnote w:type="continuationSeparator" w:id="0">
    <w:p w14:paraId="35584D74" w14:textId="77777777" w:rsidR="00913FDE" w:rsidRDefault="00913FDE" w:rsidP="00DD3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71CA9"/>
    <w:rsid w:val="005905C7"/>
    <w:rsid w:val="00770259"/>
    <w:rsid w:val="00913FDE"/>
    <w:rsid w:val="00AA1D8D"/>
    <w:rsid w:val="00B47730"/>
    <w:rsid w:val="00CB0664"/>
    <w:rsid w:val="00DD3710"/>
    <w:rsid w:val="00E634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5DA7BB5"/>
  <w14:defaultImageDpi w14:val="300"/>
  <w15:docId w15:val="{08A24BFC-E780-4772-8A02-CDF37E400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3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黄斯漫simanhuang</cp:lastModifiedBy>
  <cp:revision>2</cp:revision>
  <dcterms:created xsi:type="dcterms:W3CDTF">2026-03-04T10:04:00Z</dcterms:created>
  <dcterms:modified xsi:type="dcterms:W3CDTF">2026-03-04T10:04:00Z</dcterms:modified>
  <cp:category/>
</cp:coreProperties>
</file>