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4A5F3" w14:textId="326D789A" w:rsidR="00D55195" w:rsidRPr="003A726D" w:rsidRDefault="00DD3710" w:rsidP="00D55195">
      <w:pPr>
        <w:jc w:val="center"/>
        <w:rPr>
          <w:b/>
          <w:color w:val="00B0F0"/>
          <w:sz w:val="36"/>
          <w:lang w:val="pt-PT"/>
        </w:rPr>
      </w:pPr>
      <w:r w:rsidRPr="003A726D">
        <w:rPr>
          <w:b/>
          <w:color w:val="00B0F0"/>
          <w:sz w:val="36"/>
          <w:lang w:val="pt-PT"/>
        </w:rPr>
        <w:t>O</w:t>
      </w:r>
      <w:r w:rsidR="00AD2EBB" w:rsidRPr="003A726D">
        <w:rPr>
          <w:b/>
          <w:color w:val="00B0F0"/>
          <w:sz w:val="36"/>
          <w:lang w:val="pt-PT"/>
        </w:rPr>
        <w:t>RÇAMENTO PARA CONSTRUÇÃO/REFORMA</w:t>
      </w:r>
    </w:p>
    <w:p w14:paraId="2CB88410" w14:textId="77777777" w:rsidR="00AD2EBB" w:rsidRPr="00D55195" w:rsidRDefault="00AD2EBB" w:rsidP="00D55195">
      <w:pPr>
        <w:jc w:val="center"/>
        <w:rPr>
          <w:b/>
          <w:color w:val="ED7D31"/>
          <w:sz w:val="36"/>
          <w:lang w:val="pt-PT"/>
        </w:rPr>
      </w:pPr>
    </w:p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4310"/>
        <w:gridCol w:w="4310"/>
      </w:tblGrid>
      <w:tr w:rsidR="00E634FF" w14:paraId="7B298229" w14:textId="77777777" w:rsidTr="003A72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shd w:val="clear" w:color="auto" w:fill="DAEEF3" w:themeFill="accent5" w:themeFillTint="33"/>
          </w:tcPr>
          <w:p w14:paraId="3746A263" w14:textId="7301CC98" w:rsidR="00E634FF" w:rsidRDefault="00DD3710">
            <w:r w:rsidRPr="00DD3710">
              <w:t xml:space="preserve">DADOS DO </w:t>
            </w:r>
            <w:proofErr w:type="spellStart"/>
            <w:r w:rsidRPr="00DD3710">
              <w:t>EMISSOR</w:t>
            </w:r>
            <w:proofErr w:type="spellEnd"/>
            <w:r w:rsidRPr="00DD3710">
              <w:t> </w:t>
            </w:r>
          </w:p>
        </w:tc>
        <w:tc>
          <w:tcPr>
            <w:tcW w:w="4320" w:type="dxa"/>
            <w:shd w:val="clear" w:color="auto" w:fill="DAEEF3" w:themeFill="accent5" w:themeFillTint="33"/>
          </w:tcPr>
          <w:p w14:paraId="2BD08FCD" w14:textId="30FEB6A4" w:rsidR="00E634FF" w:rsidRDefault="00DD37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D3710">
              <w:t xml:space="preserve">DADOS DO </w:t>
            </w:r>
            <w:proofErr w:type="spellStart"/>
            <w:r w:rsidRPr="00DD3710">
              <w:t>CLIENTE</w:t>
            </w:r>
            <w:proofErr w:type="spellEnd"/>
          </w:p>
        </w:tc>
      </w:tr>
      <w:tr w:rsidR="00E634FF" w:rsidRPr="00AD2EBB" w14:paraId="448E2DA6" w14:textId="77777777" w:rsidTr="00D551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shd w:val="clear" w:color="auto" w:fill="auto"/>
          </w:tcPr>
          <w:p w14:paraId="0A15AD3F" w14:textId="0F703FD3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[Nome da Empresa]</w:t>
            </w:r>
          </w:p>
          <w:p w14:paraId="7CA3F6B1" w14:textId="604D37AD" w:rsidR="00DD3710" w:rsidRDefault="00DD3710" w:rsidP="00DD3710">
            <w:pPr>
              <w:rPr>
                <w:b w:val="0"/>
                <w:bCs w:val="0"/>
                <w:lang w:val="pt-PT"/>
              </w:rPr>
            </w:pPr>
            <w:proofErr w:type="spellStart"/>
            <w:r w:rsidRPr="00DD3710">
              <w:rPr>
                <w:lang w:val="pt-PT"/>
              </w:rPr>
              <w:t>CNPJ</w:t>
            </w:r>
            <w:proofErr w:type="spellEnd"/>
            <w:r w:rsidRPr="00DD3710">
              <w:rPr>
                <w:lang w:val="pt-PT"/>
              </w:rPr>
              <w:t>/CPF: [Número]</w:t>
            </w:r>
          </w:p>
          <w:p w14:paraId="0D5DC044" w14:textId="4F86B423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Endereço: [Endereço]</w:t>
            </w:r>
          </w:p>
          <w:p w14:paraId="393BD5F8" w14:textId="77777777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Telefone: [Telefone]</w:t>
            </w:r>
          </w:p>
          <w:p w14:paraId="0273652C" w14:textId="478C53B3" w:rsidR="00E634FF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Email: [</w:t>
            </w:r>
            <w:proofErr w:type="spellStart"/>
            <w:r w:rsidRPr="00DD3710">
              <w:rPr>
                <w:lang w:val="pt-PT"/>
              </w:rPr>
              <w:t>email@ejemplo.com</w:t>
            </w:r>
            <w:proofErr w:type="spellEnd"/>
            <w:r w:rsidRPr="00DD3710">
              <w:rPr>
                <w:lang w:val="pt-PT"/>
              </w:rPr>
              <w:t>]</w:t>
            </w:r>
          </w:p>
        </w:tc>
        <w:tc>
          <w:tcPr>
            <w:tcW w:w="4320" w:type="dxa"/>
            <w:shd w:val="clear" w:color="auto" w:fill="auto"/>
          </w:tcPr>
          <w:p w14:paraId="3EA230E8" w14:textId="1DF097F2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[Nome d</w:t>
            </w:r>
            <w:r>
              <w:rPr>
                <w:lang w:val="pt-PT"/>
              </w:rPr>
              <w:t>o</w:t>
            </w:r>
            <w:r w:rsidRPr="00DD3710">
              <w:rPr>
                <w:lang w:val="pt-PT"/>
              </w:rPr>
              <w:t xml:space="preserve"> </w:t>
            </w:r>
            <w:r>
              <w:rPr>
                <w:lang w:val="pt-PT"/>
              </w:rPr>
              <w:t>Cliente</w:t>
            </w:r>
            <w:r w:rsidRPr="00DD3710">
              <w:rPr>
                <w:lang w:val="pt-PT"/>
              </w:rPr>
              <w:t>]</w:t>
            </w:r>
          </w:p>
          <w:p w14:paraId="6F3B18E8" w14:textId="77777777" w:rsid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/>
                <w:bCs/>
                <w:lang w:val="pt-PT"/>
              </w:rPr>
            </w:pPr>
            <w:proofErr w:type="spellStart"/>
            <w:r w:rsidRPr="00DD3710">
              <w:rPr>
                <w:lang w:val="pt-PT"/>
              </w:rPr>
              <w:t>CNPJ</w:t>
            </w:r>
            <w:proofErr w:type="spellEnd"/>
            <w:r w:rsidRPr="00DD3710">
              <w:rPr>
                <w:lang w:val="pt-PT"/>
              </w:rPr>
              <w:t>/CPF: [Número]</w:t>
            </w:r>
          </w:p>
          <w:p w14:paraId="49377A4F" w14:textId="77777777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Endereço: [Endereço]</w:t>
            </w:r>
          </w:p>
          <w:p w14:paraId="705C169E" w14:textId="77777777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Telefone: [Telefone]</w:t>
            </w:r>
          </w:p>
          <w:p w14:paraId="1FFCE948" w14:textId="17DC9726" w:rsidR="00E634FF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Email: [</w:t>
            </w:r>
            <w:proofErr w:type="spellStart"/>
            <w:r w:rsidRPr="00DD3710">
              <w:rPr>
                <w:lang w:val="pt-PT"/>
              </w:rPr>
              <w:t>email@ejemplo.com</w:t>
            </w:r>
            <w:proofErr w:type="spellEnd"/>
            <w:r w:rsidRPr="00DD3710">
              <w:rPr>
                <w:lang w:val="pt-PT"/>
              </w:rPr>
              <w:t>]</w:t>
            </w:r>
          </w:p>
        </w:tc>
      </w:tr>
    </w:tbl>
    <w:p w14:paraId="1D7A1685" w14:textId="77777777" w:rsidR="00E634FF" w:rsidRPr="00DD3710" w:rsidRDefault="00E634FF">
      <w:pPr>
        <w:rPr>
          <w:lang w:val="pt-PT"/>
        </w:rPr>
      </w:pPr>
    </w:p>
    <w:p w14:paraId="6FBE9E4A" w14:textId="3BD4CC15" w:rsidR="00E634FF" w:rsidRPr="00DD3710" w:rsidRDefault="00DD3710">
      <w:pPr>
        <w:rPr>
          <w:lang w:val="pt-PT"/>
        </w:rPr>
      </w:pPr>
      <w:r w:rsidRPr="00DD3710">
        <w:rPr>
          <w:b/>
          <w:lang w:val="pt-PT"/>
        </w:rPr>
        <w:t>Data do orçamento:</w:t>
      </w:r>
      <w:r w:rsidR="00571CA9" w:rsidRPr="00DD3710">
        <w:rPr>
          <w:b/>
          <w:lang w:val="pt-PT"/>
        </w:rPr>
        <w:t xml:space="preserve"> </w:t>
      </w:r>
      <w:proofErr w:type="gramStart"/>
      <w:r w:rsidR="00571CA9" w:rsidRPr="00DD3710">
        <w:rPr>
          <w:lang w:val="pt-PT"/>
        </w:rPr>
        <w:t xml:space="preserve">29/01/2026    </w:t>
      </w:r>
      <w:r w:rsidR="00571CA9" w:rsidRPr="00DD3710">
        <w:rPr>
          <w:b/>
          <w:lang w:val="pt-PT"/>
        </w:rPr>
        <w:t>Valid</w:t>
      </w:r>
      <w:r>
        <w:rPr>
          <w:b/>
          <w:lang w:val="pt-PT"/>
        </w:rPr>
        <w:t>ade</w:t>
      </w:r>
      <w:proofErr w:type="gramEnd"/>
      <w:r w:rsidR="00571CA9" w:rsidRPr="00DD3710">
        <w:rPr>
          <w:b/>
          <w:lang w:val="pt-PT"/>
        </w:rPr>
        <w:t xml:space="preserve">: </w:t>
      </w:r>
      <w:r w:rsidR="00571CA9" w:rsidRPr="00DD3710">
        <w:rPr>
          <w:lang w:val="pt-PT"/>
        </w:rPr>
        <w:t>30 d</w:t>
      </w:r>
      <w:r>
        <w:rPr>
          <w:lang w:val="pt-PT"/>
        </w:rPr>
        <w:t>i</w:t>
      </w:r>
      <w:r w:rsidR="00571CA9" w:rsidRPr="00DD3710">
        <w:rPr>
          <w:lang w:val="pt-PT"/>
        </w:rPr>
        <w:t>as</w:t>
      </w:r>
    </w:p>
    <w:p w14:paraId="7ECB8300" w14:textId="77777777" w:rsidR="00E634FF" w:rsidRPr="00DD3710" w:rsidRDefault="00E634FF">
      <w:pPr>
        <w:rPr>
          <w:lang w:val="pt-PT"/>
        </w:rPr>
      </w:pPr>
    </w:p>
    <w:tbl>
      <w:tblPr>
        <w:tblStyle w:val="3-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7"/>
        <w:gridCol w:w="2155"/>
        <w:gridCol w:w="2154"/>
        <w:gridCol w:w="2154"/>
      </w:tblGrid>
      <w:tr w:rsidR="003A726D" w:rsidRPr="003A726D" w14:paraId="32AB8EEC" w14:textId="77777777" w:rsidTr="003A72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9" w:type="dxa"/>
            <w:shd w:val="clear" w:color="auto" w:fill="00B0F0"/>
          </w:tcPr>
          <w:p w14:paraId="606D9C98" w14:textId="069F4ADD" w:rsidR="00DD3710" w:rsidRPr="003A726D" w:rsidRDefault="00DD3710" w:rsidP="00DD3710">
            <w:pPr>
              <w:jc w:val="center"/>
            </w:pPr>
            <w:proofErr w:type="spellStart"/>
            <w:r w:rsidRPr="003A726D">
              <w:t>DESCRIÇÃO</w:t>
            </w:r>
            <w:proofErr w:type="spellEnd"/>
          </w:p>
        </w:tc>
        <w:tc>
          <w:tcPr>
            <w:tcW w:w="2157" w:type="dxa"/>
            <w:shd w:val="clear" w:color="auto" w:fill="00B0F0"/>
          </w:tcPr>
          <w:p w14:paraId="681D6E53" w14:textId="47F8AEFF" w:rsidR="00DD3710" w:rsidRPr="003A726D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A726D">
              <w:t>UNIDADES</w:t>
            </w:r>
            <w:proofErr w:type="spellEnd"/>
          </w:p>
        </w:tc>
        <w:tc>
          <w:tcPr>
            <w:tcW w:w="2157" w:type="dxa"/>
            <w:shd w:val="clear" w:color="auto" w:fill="00B0F0"/>
          </w:tcPr>
          <w:p w14:paraId="4C1E50B3" w14:textId="0085A82F" w:rsidR="00DD3710" w:rsidRPr="003A726D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A726D">
              <w:t>PREÇO</w:t>
            </w:r>
            <w:proofErr w:type="spellEnd"/>
          </w:p>
        </w:tc>
        <w:tc>
          <w:tcPr>
            <w:tcW w:w="2157" w:type="dxa"/>
            <w:shd w:val="clear" w:color="auto" w:fill="00B0F0"/>
          </w:tcPr>
          <w:p w14:paraId="420AC81B" w14:textId="4AF6FDDD" w:rsidR="00DD3710" w:rsidRPr="003A726D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A726D">
              <w:t>TOTAL</w:t>
            </w:r>
          </w:p>
        </w:tc>
      </w:tr>
      <w:tr w:rsidR="00AD2EBB" w14:paraId="5A5F44E0" w14:textId="77777777" w:rsidTr="00AD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7A96C8C6" w14:textId="6C6D6B12" w:rsidR="00AD2EBB" w:rsidRPr="00AD2EBB" w:rsidRDefault="00AD2EBB" w:rsidP="00AD2EBB">
            <w:pPr>
              <w:rPr>
                <w:color w:val="000000" w:themeColor="text1"/>
                <w:lang w:val="pt-PT"/>
              </w:rPr>
            </w:pPr>
            <w:r w:rsidRPr="00AD2EBB">
              <w:rPr>
                <w:color w:val="000000" w:themeColor="text1"/>
                <w:lang w:val="pt-PT"/>
              </w:rPr>
              <w:t>Demolição e remoção de entulho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5A15A5B" w14:textId="2D17BDA7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140371" w14:textId="037DE962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850.00 €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CD4CA3D" w14:textId="0F002B26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850.00 €</w:t>
            </w:r>
          </w:p>
        </w:tc>
      </w:tr>
      <w:tr w:rsidR="00AD2EBB" w14:paraId="718D38DF" w14:textId="77777777" w:rsidTr="003A72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AEEF3" w:themeFill="accent5" w:themeFillTint="33"/>
          </w:tcPr>
          <w:p w14:paraId="13E2207E" w14:textId="00BE53F8" w:rsidR="00AD2EBB" w:rsidRPr="00AD2EBB" w:rsidRDefault="00AD2EBB" w:rsidP="00AD2EBB">
            <w:pPr>
              <w:rPr>
                <w:color w:val="000000" w:themeColor="text1"/>
                <w:lang w:val="pt-PT"/>
              </w:rPr>
            </w:pPr>
            <w:r w:rsidRPr="00AD2EBB">
              <w:rPr>
                <w:color w:val="000000" w:themeColor="text1"/>
                <w:lang w:val="pt-PT"/>
              </w:rPr>
              <w:t>Alvenaria e paredes divisórias (25 m²)</w:t>
            </w:r>
          </w:p>
        </w:tc>
        <w:tc>
          <w:tcPr>
            <w:tcW w:w="2157" w:type="dxa"/>
            <w:shd w:val="clear" w:color="auto" w:fill="DAEEF3" w:themeFill="accent5" w:themeFillTint="33"/>
          </w:tcPr>
          <w:p w14:paraId="65053074" w14:textId="29D426AD" w:rsidR="00AD2EBB" w:rsidRDefault="00AD2EBB" w:rsidP="00AD2E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</w:t>
            </w:r>
          </w:p>
        </w:tc>
        <w:tc>
          <w:tcPr>
            <w:tcW w:w="2157" w:type="dxa"/>
            <w:shd w:val="clear" w:color="auto" w:fill="DAEEF3" w:themeFill="accent5" w:themeFillTint="33"/>
          </w:tcPr>
          <w:p w14:paraId="1320B234" w14:textId="08EC8073" w:rsidR="00AD2EBB" w:rsidRDefault="00AD2EBB" w:rsidP="00AD2E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35.00 €</w:t>
            </w:r>
          </w:p>
        </w:tc>
        <w:tc>
          <w:tcPr>
            <w:tcW w:w="2157" w:type="dxa"/>
            <w:shd w:val="clear" w:color="auto" w:fill="DAEEF3" w:themeFill="accent5" w:themeFillTint="33"/>
          </w:tcPr>
          <w:p w14:paraId="6861231F" w14:textId="015C10E7" w:rsidR="00AD2EBB" w:rsidRDefault="00AD2EBB" w:rsidP="00AD2E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875.00 €</w:t>
            </w:r>
          </w:p>
        </w:tc>
      </w:tr>
      <w:tr w:rsidR="00AD2EBB" w14:paraId="0A921ED2" w14:textId="77777777" w:rsidTr="00AD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1CBB055" w14:textId="6665A1FF" w:rsidR="00AD2EBB" w:rsidRPr="00AD2EBB" w:rsidRDefault="00AD2EBB" w:rsidP="00AD2EBB">
            <w:pPr>
              <w:rPr>
                <w:color w:val="000000" w:themeColor="text1"/>
                <w:lang w:val="pt-PT"/>
              </w:rPr>
            </w:pPr>
            <w:r w:rsidRPr="00AD2EBB">
              <w:rPr>
                <w:color w:val="000000" w:themeColor="text1"/>
                <w:lang w:val="pt-PT"/>
              </w:rPr>
              <w:t>Instalação elétrica completa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E388752" w14:textId="7B28A8D3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29AC117C" w14:textId="29ED442C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1500.00 €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49277A78" w14:textId="218D3A5C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1500.00 €</w:t>
            </w:r>
          </w:p>
        </w:tc>
      </w:tr>
      <w:tr w:rsidR="00AD2EBB" w14:paraId="7221EC86" w14:textId="77777777" w:rsidTr="003A72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AEEF3" w:themeFill="accent5" w:themeFillTint="33"/>
          </w:tcPr>
          <w:p w14:paraId="22B50DDF" w14:textId="233083C8" w:rsidR="00AD2EBB" w:rsidRPr="00AD2EBB" w:rsidRDefault="00AD2EBB" w:rsidP="00AD2EBB">
            <w:pPr>
              <w:rPr>
                <w:color w:val="000000" w:themeColor="text1"/>
                <w:lang w:val="pt-PT"/>
              </w:rPr>
            </w:pPr>
            <w:r w:rsidRPr="00AD2EBB">
              <w:rPr>
                <w:color w:val="000000" w:themeColor="text1"/>
                <w:lang w:val="pt-PT"/>
              </w:rPr>
              <w:t>Instalações hidráulicas e sanitárias</w:t>
            </w:r>
          </w:p>
        </w:tc>
        <w:tc>
          <w:tcPr>
            <w:tcW w:w="2157" w:type="dxa"/>
            <w:shd w:val="clear" w:color="auto" w:fill="DAEEF3" w:themeFill="accent5" w:themeFillTint="33"/>
          </w:tcPr>
          <w:p w14:paraId="16E1E49A" w14:textId="45FEA74D" w:rsidR="00AD2EBB" w:rsidRDefault="00AD2EBB" w:rsidP="00AD2E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57" w:type="dxa"/>
            <w:shd w:val="clear" w:color="auto" w:fill="DAEEF3" w:themeFill="accent5" w:themeFillTint="33"/>
          </w:tcPr>
          <w:p w14:paraId="730BB172" w14:textId="219FAB9B" w:rsidR="00AD2EBB" w:rsidRDefault="00AD2EBB" w:rsidP="00AD2E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980.00 €</w:t>
            </w:r>
          </w:p>
        </w:tc>
        <w:tc>
          <w:tcPr>
            <w:tcW w:w="2157" w:type="dxa"/>
            <w:shd w:val="clear" w:color="auto" w:fill="DAEEF3" w:themeFill="accent5" w:themeFillTint="33"/>
          </w:tcPr>
          <w:p w14:paraId="22A369E3" w14:textId="2CBF81A1" w:rsidR="00AD2EBB" w:rsidRDefault="00AD2EBB" w:rsidP="00AD2EB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980.00 €</w:t>
            </w:r>
          </w:p>
        </w:tc>
      </w:tr>
      <w:tr w:rsidR="00AD2EBB" w14:paraId="1B737911" w14:textId="77777777" w:rsidTr="00AD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7BC053" w14:textId="00552518" w:rsidR="00AD2EBB" w:rsidRPr="00AD2EBB" w:rsidRDefault="00AD2EBB" w:rsidP="00AD2EBB">
            <w:pPr>
              <w:rPr>
                <w:color w:val="000000" w:themeColor="text1"/>
                <w:lang w:val="pt-PT"/>
              </w:rPr>
            </w:pPr>
            <w:r w:rsidRPr="00AD2EBB">
              <w:rPr>
                <w:color w:val="000000" w:themeColor="text1"/>
              </w:rPr>
              <w:t xml:space="preserve">Pintura e </w:t>
            </w:r>
            <w:proofErr w:type="spellStart"/>
            <w:r w:rsidRPr="00AD2EBB">
              <w:rPr>
                <w:color w:val="000000" w:themeColor="text1"/>
              </w:rPr>
              <w:t>acabamento</w:t>
            </w:r>
            <w:proofErr w:type="spellEnd"/>
            <w:r w:rsidRPr="00AD2EBB">
              <w:rPr>
                <w:color w:val="000000" w:themeColor="text1"/>
              </w:rPr>
              <w:t xml:space="preserve"> (50 </w:t>
            </w:r>
            <w:proofErr w:type="spellStart"/>
            <w:r w:rsidRPr="00AD2EBB">
              <w:rPr>
                <w:color w:val="000000" w:themeColor="text1"/>
              </w:rPr>
              <w:t>m²</w:t>
            </w:r>
            <w:proofErr w:type="spellEnd"/>
            <w:r w:rsidRPr="00AD2EBB">
              <w:rPr>
                <w:color w:val="000000" w:themeColor="text1"/>
              </w:rPr>
              <w:t>)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88DFC82" w14:textId="33BCD70C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1A1CBE3A" w14:textId="0F696EEF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18.00 €</w:t>
            </w:r>
          </w:p>
        </w:tc>
        <w:tc>
          <w:tcPr>
            <w:tcW w:w="215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5BBA76FC" w14:textId="33DD1029" w:rsidR="00AD2EBB" w:rsidRDefault="00AD2EBB" w:rsidP="00AD2EB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900.00 €</w:t>
            </w:r>
          </w:p>
        </w:tc>
      </w:tr>
    </w:tbl>
    <w:p w14:paraId="37F83AA6" w14:textId="77777777" w:rsidR="00E634FF" w:rsidRDefault="00E634FF"/>
    <w:tbl>
      <w:tblPr>
        <w:tblW w:w="0" w:type="auto"/>
        <w:tblInd w:w="-108" w:type="dxa"/>
        <w:tblLook w:val="04A0" w:firstRow="1" w:lastRow="0" w:firstColumn="1" w:lastColumn="0" w:noHBand="0" w:noVBand="1"/>
      </w:tblPr>
      <w:tblGrid>
        <w:gridCol w:w="4320"/>
        <w:gridCol w:w="4320"/>
      </w:tblGrid>
      <w:tr w:rsidR="00AD2EBB" w14:paraId="78DBBB34" w14:textId="77777777" w:rsidTr="00AD2EBB">
        <w:tc>
          <w:tcPr>
            <w:tcW w:w="4320" w:type="dxa"/>
          </w:tcPr>
          <w:p w14:paraId="2484BCE8" w14:textId="77777777" w:rsidR="00AD2EBB" w:rsidRDefault="00AD2EBB" w:rsidP="00EE3BD8">
            <w:r>
              <w:rPr>
                <w:b/>
              </w:rPr>
              <w:t>SUBTOTAL:</w:t>
            </w:r>
          </w:p>
        </w:tc>
        <w:tc>
          <w:tcPr>
            <w:tcW w:w="4320" w:type="dxa"/>
          </w:tcPr>
          <w:p w14:paraId="134FD644" w14:textId="77777777" w:rsidR="00AD2EBB" w:rsidRDefault="00AD2EBB" w:rsidP="00EE3BD8">
            <w:pPr>
              <w:jc w:val="right"/>
            </w:pPr>
            <w:r>
              <w:t>5105.00 €</w:t>
            </w:r>
          </w:p>
        </w:tc>
      </w:tr>
      <w:tr w:rsidR="00AD2EBB" w14:paraId="6AA5FA38" w14:textId="77777777" w:rsidTr="00AD2EBB">
        <w:tc>
          <w:tcPr>
            <w:tcW w:w="4320" w:type="dxa"/>
          </w:tcPr>
          <w:p w14:paraId="20A9A531" w14:textId="77777777" w:rsidR="00AD2EBB" w:rsidRDefault="00AD2EBB" w:rsidP="00EE3BD8">
            <w:proofErr w:type="spellStart"/>
            <w:r>
              <w:rPr>
                <w:b/>
              </w:rPr>
              <w:t>DESCUENTO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4320" w:type="dxa"/>
          </w:tcPr>
          <w:p w14:paraId="27330079" w14:textId="77777777" w:rsidR="00AD2EBB" w:rsidRDefault="00AD2EBB" w:rsidP="00EE3BD8">
            <w:pPr>
              <w:jc w:val="right"/>
            </w:pPr>
            <w:r>
              <w:t>255.25 €</w:t>
            </w:r>
          </w:p>
        </w:tc>
      </w:tr>
      <w:tr w:rsidR="00AD2EBB" w14:paraId="6C03F253" w14:textId="77777777" w:rsidTr="00AD2EBB">
        <w:tc>
          <w:tcPr>
            <w:tcW w:w="4320" w:type="dxa"/>
          </w:tcPr>
          <w:p w14:paraId="7C7D357E" w14:textId="77777777" w:rsidR="00AD2EBB" w:rsidRDefault="00AD2EBB" w:rsidP="00EE3BD8">
            <w:r>
              <w:rPr>
                <w:b/>
              </w:rPr>
              <w:t xml:space="preserve">BASE </w:t>
            </w:r>
            <w:proofErr w:type="spellStart"/>
            <w:r>
              <w:rPr>
                <w:b/>
              </w:rPr>
              <w:t>IMPONIBLE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4320" w:type="dxa"/>
          </w:tcPr>
          <w:p w14:paraId="6A7A2C57" w14:textId="77777777" w:rsidR="00AD2EBB" w:rsidRDefault="00AD2EBB" w:rsidP="00EE3BD8">
            <w:pPr>
              <w:jc w:val="right"/>
            </w:pPr>
            <w:r>
              <w:t>4849.75 €</w:t>
            </w:r>
          </w:p>
        </w:tc>
      </w:tr>
      <w:tr w:rsidR="00AD2EBB" w14:paraId="3AEC5BBE" w14:textId="77777777" w:rsidTr="00AD2EBB">
        <w:tc>
          <w:tcPr>
            <w:tcW w:w="4320" w:type="dxa"/>
          </w:tcPr>
          <w:p w14:paraId="6E74497E" w14:textId="77777777" w:rsidR="00AD2EBB" w:rsidRDefault="00AD2EBB" w:rsidP="00EE3BD8">
            <w:r>
              <w:rPr>
                <w:b/>
              </w:rPr>
              <w:t>IVA (21%):</w:t>
            </w:r>
          </w:p>
        </w:tc>
        <w:tc>
          <w:tcPr>
            <w:tcW w:w="4320" w:type="dxa"/>
          </w:tcPr>
          <w:p w14:paraId="7E3463FA" w14:textId="77777777" w:rsidR="00AD2EBB" w:rsidRDefault="00AD2EBB" w:rsidP="00EE3BD8">
            <w:pPr>
              <w:jc w:val="right"/>
            </w:pPr>
            <w:r>
              <w:t>1018.45 €</w:t>
            </w:r>
          </w:p>
        </w:tc>
      </w:tr>
      <w:tr w:rsidR="00AD2EBB" w14:paraId="733C0A21" w14:textId="77777777" w:rsidTr="003A726D">
        <w:tc>
          <w:tcPr>
            <w:tcW w:w="4320" w:type="dxa"/>
            <w:shd w:val="clear" w:color="auto" w:fill="DAEEF3" w:themeFill="accent5" w:themeFillTint="33"/>
          </w:tcPr>
          <w:p w14:paraId="18884D7C" w14:textId="77777777" w:rsidR="00AD2EBB" w:rsidRDefault="00AD2EBB" w:rsidP="00EE3BD8">
            <w:r>
              <w:rPr>
                <w:b/>
                <w:sz w:val="24"/>
              </w:rPr>
              <w:t xml:space="preserve">TOTAL </w:t>
            </w:r>
            <w:proofErr w:type="spellStart"/>
            <w:r>
              <w:rPr>
                <w:b/>
                <w:sz w:val="24"/>
              </w:rPr>
              <w:t>PRESUPUESTADO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4320" w:type="dxa"/>
            <w:shd w:val="clear" w:color="auto" w:fill="DAEEF3" w:themeFill="accent5" w:themeFillTint="33"/>
          </w:tcPr>
          <w:p w14:paraId="40115022" w14:textId="77777777" w:rsidR="00AD2EBB" w:rsidRDefault="00AD2EBB" w:rsidP="00EE3BD8">
            <w:pPr>
              <w:jc w:val="right"/>
            </w:pPr>
            <w:r>
              <w:rPr>
                <w:b/>
                <w:sz w:val="24"/>
              </w:rPr>
              <w:t>5868.20 €</w:t>
            </w:r>
          </w:p>
        </w:tc>
      </w:tr>
    </w:tbl>
    <w:p w14:paraId="53A6DF4A" w14:textId="77777777" w:rsidR="00E634FF" w:rsidRDefault="00E634FF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E634FF" w14:paraId="1B1E2C9C" w14:textId="77777777">
        <w:tc>
          <w:tcPr>
            <w:tcW w:w="4320" w:type="dxa"/>
          </w:tcPr>
          <w:p w14:paraId="43D107F4" w14:textId="2669FEBA" w:rsidR="00E634FF" w:rsidRDefault="00571CA9">
            <w:pPr>
              <w:jc w:val="center"/>
            </w:pPr>
            <w:r>
              <w:br/>
            </w:r>
            <w:r>
              <w:br/>
            </w:r>
            <w:r>
              <w:br/>
            </w:r>
            <w:r>
              <w:lastRenderedPageBreak/>
              <w:t>_______________________</w:t>
            </w:r>
            <w:r>
              <w:br/>
            </w:r>
            <w:proofErr w:type="spellStart"/>
            <w:r w:rsidR="005905C7" w:rsidRPr="005905C7">
              <w:t>Firma</w:t>
            </w:r>
            <w:proofErr w:type="spellEnd"/>
            <w:r w:rsidR="005905C7" w:rsidRPr="005905C7">
              <w:t xml:space="preserve"> do </w:t>
            </w:r>
            <w:proofErr w:type="spellStart"/>
            <w:r w:rsidR="005905C7" w:rsidRPr="005905C7">
              <w:t>Emitente</w:t>
            </w:r>
            <w:proofErr w:type="spellEnd"/>
          </w:p>
        </w:tc>
        <w:tc>
          <w:tcPr>
            <w:tcW w:w="4320" w:type="dxa"/>
          </w:tcPr>
          <w:p w14:paraId="452AEEF6" w14:textId="349D42FD" w:rsidR="00E634FF" w:rsidRDefault="00571CA9">
            <w:pPr>
              <w:jc w:val="center"/>
            </w:pPr>
            <w:r>
              <w:lastRenderedPageBreak/>
              <w:br/>
            </w:r>
            <w:r>
              <w:br/>
            </w:r>
            <w:r>
              <w:br/>
            </w:r>
            <w:r>
              <w:lastRenderedPageBreak/>
              <w:t>_______________________</w:t>
            </w:r>
            <w:r>
              <w:br/>
            </w:r>
            <w:proofErr w:type="spellStart"/>
            <w:r>
              <w:t>Firma</w:t>
            </w:r>
            <w:proofErr w:type="spellEnd"/>
            <w:r>
              <w:t xml:space="preserve"> d</w:t>
            </w:r>
            <w:r w:rsidR="005905C7">
              <w:t>o</w:t>
            </w:r>
            <w:r>
              <w:t xml:space="preserve"> </w:t>
            </w:r>
            <w:proofErr w:type="spellStart"/>
            <w:r>
              <w:t>Cliente</w:t>
            </w:r>
            <w:proofErr w:type="spellEnd"/>
          </w:p>
        </w:tc>
      </w:tr>
    </w:tbl>
    <w:p w14:paraId="6FA21CF5" w14:textId="77777777" w:rsidR="00571CA9" w:rsidRDefault="00571CA9"/>
    <w:sectPr w:rsidR="00571CA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23DD1" w14:textId="77777777" w:rsidR="00FA78C9" w:rsidRDefault="00FA78C9" w:rsidP="00DD3710">
      <w:pPr>
        <w:spacing w:after="0" w:line="240" w:lineRule="auto"/>
      </w:pPr>
      <w:r>
        <w:separator/>
      </w:r>
    </w:p>
  </w:endnote>
  <w:endnote w:type="continuationSeparator" w:id="0">
    <w:p w14:paraId="2F522E18" w14:textId="77777777" w:rsidR="00FA78C9" w:rsidRDefault="00FA78C9" w:rsidP="00DD3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A1146" w14:textId="77777777" w:rsidR="00FA78C9" w:rsidRDefault="00FA78C9" w:rsidP="00DD3710">
      <w:pPr>
        <w:spacing w:after="0" w:line="240" w:lineRule="auto"/>
      </w:pPr>
      <w:r>
        <w:separator/>
      </w:r>
    </w:p>
  </w:footnote>
  <w:footnote w:type="continuationSeparator" w:id="0">
    <w:p w14:paraId="7E98C27F" w14:textId="77777777" w:rsidR="00FA78C9" w:rsidRDefault="00FA78C9" w:rsidP="00DD37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A726D"/>
    <w:rsid w:val="00425BDF"/>
    <w:rsid w:val="00571CA9"/>
    <w:rsid w:val="005905C7"/>
    <w:rsid w:val="00AA1D8D"/>
    <w:rsid w:val="00AD2EBB"/>
    <w:rsid w:val="00B47730"/>
    <w:rsid w:val="00CB0664"/>
    <w:rsid w:val="00D55195"/>
    <w:rsid w:val="00DD3710"/>
    <w:rsid w:val="00E03487"/>
    <w:rsid w:val="00E634FF"/>
    <w:rsid w:val="00FA78C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5DA7BB5"/>
  <w14:defaultImageDpi w14:val="300"/>
  <w15:docId w15:val="{08A24BFC-E780-4772-8A02-CDF37E400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3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黄斯漫simanhuang</cp:lastModifiedBy>
  <cp:revision>2</cp:revision>
  <dcterms:created xsi:type="dcterms:W3CDTF">2026-03-04T10:08:00Z</dcterms:created>
  <dcterms:modified xsi:type="dcterms:W3CDTF">2026-03-04T10:08:00Z</dcterms:modified>
  <cp:category/>
</cp:coreProperties>
</file>